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3d glasses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/θriː diː ˈɡlæsɪz/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/ˈaboard/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/ˈabout/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absolutely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/ˈabsolutely/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accept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/ˈaccept/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according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/ˈaccording/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/ˈaccount/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accurate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/ˈækjərət/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accurately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/ˈaccurately/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/ˈæsɪd/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acknowledge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/əkˈnɑːlɪdʒ/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acorn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/ˈeɪkɔːrn/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acorns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/ˈacorns/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/ækt/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activities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/ˈactivities/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activity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/ˈactivity/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actually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/ˈactually/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/ˈadd/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/əˈdres/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adjoining rooms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/əˈdʒɔɪnɪŋ ruːmz/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 fee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 fiː/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 ticket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 ˈtɪkɪt/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adopt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/əˈdɑːpt/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adults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/ˈadults/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adventure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/ədˈventʃər/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africa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/ˈafrica/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afternoon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/ˈafternoon/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/ˈagain/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ahhh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/ˈahhh/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 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/er pʌmp/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airplane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/ˈairplane/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/ˈerpɔːrt/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aisle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/aɪl/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/ˈalarm/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alex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/ˈalex/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allergic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/əˈlɜːrdʒɪk/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allergy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/ˈælərdʒi/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allowance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/əˈlaʊəns/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almost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/ˈalmost/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/ˈalone/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already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/ˈalready/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/ˈalright/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also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/ˈalso/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always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/ˈalways/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/ˌeɪ ˈem/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amazing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/əˈmeɪzɪŋ/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ambitious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/ˈambitious/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amenities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/əˈmenətiz/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america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/ˈamerica/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americans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/ˈamericans/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amusement 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/əˈmjuːzmənt pɑːrk/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analog 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/ˈænəlɔːɡ 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angry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/ˈæŋɡri/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/ˈænɪməl/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/ˈanimals/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/ˈænɪmeɪtɪd/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annual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/ˈænjuəl/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answer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/ˈanswer/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anthem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/ˈænθəm/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antibiotic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/ˌæntibaɪˈɑːtɪk/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/ˈanymore/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/ˈanytime/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/ˈapart/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apologize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/əˈpɑːlədʒaɪz/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appetizer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/ˈappetizer/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/əˈplɔːz/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applications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/ˈapplications/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appointment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/əˈpɔɪntmənt/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/əˈpriːʃieɪt/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/ˈappreciating/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/əˌpriːʃiˈeɪʃən/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approach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/əˈproʊtʃ/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appropriate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/əˈproʊpriət/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aquarium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/əˈkweriəm/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aquatic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/ˈaquatic/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/ˈaround/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/əˈraɪvəl/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/ˈarrive/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/ˈarrives/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artifact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/ˈɑːrtɪfækt/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artwork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/ˈɑːrtwɜːrk/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asleep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/ˈasleep/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assistant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/ˈassistant/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astronaut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/ˈæstrəˌnɔːt/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astronauts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/ˈastronauts/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atm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/ˌeɪ tiː ˈem/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/ˈɔːdiəns/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audio 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/ˈɔːdioʊ 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/ɔːˈdɪʃən/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/ˈauditions/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average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/ˈaverage/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avoid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/ˈavoid/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/əˈwɔːrd/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/ˈaway/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awesome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/ˈɔːsəm/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/ˈbaby/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baby 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/ˈbeɪbi tuːθ/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/ˈbækbɔːrd/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backpack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/ˈbækpæk/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/ˌbækˈsteɪdʒ/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backyard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/ˈbackyard/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/ˈbeɪɡəl/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baggage claim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/ˈbæɡɪdʒ kleɪm/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baking soda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/ˈbeɪkɪŋ ˈsoʊdə/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/ˈbæləns/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balanced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/ˈbalanced/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/bəˈluːn/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/ˈbɔːlpɑːrk/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banana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/bəˈnænə/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bananas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/ˈbananas/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/ˈbændɪdʒ/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/bæŋz/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/bæŋk/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barbecue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/ˈbarbecue/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barbecue/bbq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/ˈbɑːrbɪkjuː/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/ˈbɑːrbər/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/beɪs/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/ˈbeɪsbɔːl/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/ˈbæskɪt/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basketball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/ˈbasketball/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/ˈbathroom/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bathrooms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/ˈbathrooms/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/bəˈtɑːn/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 towel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 ˈtaʊəl/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 volleyball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 ˈvɑːlibɔːl/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bear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/ber bɑːks/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beautiful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/ˈbeautiful/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beautifully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/ˈbeautifully/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becoming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/ˈbecoming/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/ˈbedtime/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beef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/ˈbeef/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believe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/ˈbelieve/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bellhop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/ˈbelh Keelop/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/ˈbendy/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berries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/ˈberries/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/ˈbetter/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bibliography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/ˌbɪbliˈɑːɡrəfi/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 dipper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/bɪɡ ˈdɪpər/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/ˈbigger/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biggest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/ˈbiggest/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/ˈbike/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 path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/baɪk pæθ/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bike/bicycle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/baɪk/ /ˈbaɪsɪkəl/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/ˈbingo/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binoculars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/bɪˈnɑːkjələrz/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bioluminescent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/ˌbaɪoʊˌluːmɪˈnesənt/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birthday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/ˈbɜːrθdeɪ/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/ˈblack/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blanket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/ˈblæŋkɪt/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blankets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/ˈblankets/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/ˈblendər/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/ˈblesɪŋ/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blindfolded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/ˈblindfolded/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blockbuster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/ˈblɑːkbʌstər/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blood 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/blʌd ˈpreʃər/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/bloʊ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blow-dry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/bloʊ draɪ/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 jay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/bluː dʒeɪ/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/ˈblueberry/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/ˈboarding/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boarding 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/ˈbɔːrdɪŋ 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/ˈbɔːrdwɔːk/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 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/bʊk fɛr/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bookmark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/ˈbʊkmɑːrk/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bookmarks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/ˈbookmarks/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/ˈbookstore/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/buːts/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borrow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borrowing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/ˈborrowing/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bothering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/ˈbothering/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/ˈbottle/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bottom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/ˈbɑːtəm/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bounce 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/baʊns bæk/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bounce house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/baʊns haʊs/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/ˈbouncing/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box office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/bɑːks ˈɔːfɪs/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/ˈbreɪsɪz/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brainstorm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/ˈbreɪnstɔːrm/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brand name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/brænd neɪm/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breakfast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/ˈbreakfast/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breathe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/briːð/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breeze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brought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/ˈbrought/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/ˈbraʊni/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/ˈbrownies/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browser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/ˈbraʊzər/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/brʌʃ/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brushing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/ˈbrushing/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bubble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/ˈbʌkɪt/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buckle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/ˈbuckle/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buddy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/ˈbuddy/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budget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/ˈbʌdʒɪt/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/ˈbuild/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building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/ˈbuilding/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bumper cars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/ˈbʌmpər kɑːrz/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bumpy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/ˈbumpy/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/ˈbunny/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bunny/rabbit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/ˈbʌni/ /ˈræbɪt/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burger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/ˈburger/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burgers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/ˈburgers/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butterflies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/ˈbutterflies/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/ˈbʌtərflaɪ/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/ˈbuttons/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buzzing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/ˈbuzzing/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bye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/ˈbye/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cafeteria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/ˈcafeteria/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/ˈcalm/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calm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/kɑːm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/ˈcame/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camouflage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/ˈkæməflɑːʒ/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/ˈcamp/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campfire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/ˈkæmpfaɪər/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/ˈkæmpɪŋ/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/ˈcandles/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candy cane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/ˈkændi keɪn/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cannonball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/ˈcannonball/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/ˈkæpfʊl/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capsule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/ˈkæpsəl/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/ˈcaptain/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 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 wɑːʃ/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carbon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/ˈcarbon/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carbon dioxide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/ˌkɑːrbən daɪˈɑːksaɪd/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careful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/ˈcareful/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carefully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/ˈcarefully/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carnival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/ˈcarnival/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carnival 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/ˈkɑːrnɪvəl ɡeɪm/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carousel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/ˌkærəˈsel/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carpool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/ˈcarpool/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/ˈcarrots/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carry-on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/ˈkæri 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cartoon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/ˈcartoon/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casserole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/ˈkæsəroʊl/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catch 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/kætʃ 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/ˈcause/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causes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/ˈcauses/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cavities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/ˈcavities/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cavity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/ˈkævəti/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/ˈseləˌbreɪt/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/ˈcelebrated/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/ˌseləˈbreɪʃən/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cereal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/ˈcereal/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/ˈchances/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/tʃeɪndʒ/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chapter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/ˈchapter/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/ˈtʃærəti/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/tʃiːp/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cheapest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/ˈcheapest/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check-in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 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/ˈchecked/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checked baggage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/tʃekt ˈbæɡɪdʒ/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checking 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/ˈtʃekɪŋ əˈkaʊnt/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/ˈchecklist/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cheerleader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/ˈtʃɪrˌliːdər/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cheerleaders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/ˈcheerleaders/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cheeseburger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/ˈcheeseburger/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/ˈchemical/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 reaction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/ˈkemɪkəl riˈækʃən/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/ˈchemicals/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chicken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/ˈchicken/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/ˈchild/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children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/ˈchildren/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children's section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/ˈtʃɪldrənz ˈsekʃən/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chimney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/ˈtʃɪmni/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chirp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/tʃɜːrp/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chirping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/ˈchirping/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chocolate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/ˈchocolate/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/tʃɔɪs/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/tʃuːz/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/ˈchores/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christmas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/ˈkrɪsməs/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christmas tree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/ˈkrɪsməs triː/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cinnamon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/ˈcinnamon/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cinnamon roll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/ˈsɪnəmən 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/ˈcite/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/ˈclapping/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/ˈclassic/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classmate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/ˈklæsmeɪt/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/ˈklæsruːm/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 ʌp/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/ˈcleaner/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/ˈkliːnɪŋ/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clearer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/ˈclearer/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/ˈclicking/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/ˈclinging/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/ˈklɑːzət/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clothes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/kloʊðz/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clouds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/ˈclouds/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cloudy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/ˈklaʊdi/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clubs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/ˈclubs/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/ˈklʌtər/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/ˈcoaster/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cobweb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/ˈkɑːbweb/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/kɔɪn/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collecting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/ˈcollecting/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/kəˈlekʃən/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/ˈcollege/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combo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/ˈcombo/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/ˈkɑːmədi/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comfortable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/ˈcomfortable/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common interest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/ˈkɑːmən ˈɪntrəst/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communicate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/ˈcommunicate/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/ˈkʌmpəs/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compete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/ˈcompete/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competition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/ˌkɑːmpəˈtɪʃn/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complete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/ˈcomplete/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completion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/ˈcompletion/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/ˈkɑːmplɪmənt/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/ˌkɑːmplɪˈmentəri/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/ˈkɑːmpoʊst/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compromise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/ˈkɑːmprəmaɪz/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/kəmˈpjuːtər/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computer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/kəmˈpjuːtər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concerns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/ˈconcerns/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concession stand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/kənˈseʃən stænd/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conclusion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/kənˈkluːʒən/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condiments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/ˈcondiments/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conditioner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/kənˈdɪʃənər/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confident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/ˈkɑːnfɪdənt/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conflict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/ˈkɑːnflɪkt/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congratulations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/ˈcongratulations/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/ˌkɑːnsərˈveɪʃən/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constellation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/ˌkɑːnstəˈleɪʃən/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constellations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/ˈconstellations/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construction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/ˈconstruction/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/ˈcontainer/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/kənˈtroʊl/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 group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/kənˈtroʊl ɡruːp/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/ˈcontrolled/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convenience 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/kənˈviːniəns stɔːr/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conversation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/ˌkɑːnvərˈseɪʃən/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/kʊk/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/ˈkʊki/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/kuːl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/ˈkuːlər/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copay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/ˈkoʊpeɪ/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/ˈkɔːrəl/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/ˈcorner/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/ˈcorners/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cornucopia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/ˌkɔːrnəˈkoʊpiə/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costume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/ˈkɑːstuːm/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costumes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/ˈcostumes/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cotton candy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/ˈkɑːtən ˈkændi/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/kaʊtʃ/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coupon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/ˈcoupon/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coupons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/ˈcoupons/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/ˈcourse/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/ˈkʌvər/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covered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/ˈcovered/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/ˈkoʊzi/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crackers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/ˈcrackers/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cranberry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/ˈcranberry/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cranberry sauce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/ˈkrænberi sɔːs/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crayons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/ˈcrayons/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/ˈcrazy/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crazy hair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/ˈkreɪzi hɛr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/ˈkriːmi/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credit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/ˈkredɪt/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credits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/ˈkredɪts/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crickets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/ˈcrickets/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croissant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/krwɑːˈsɑːnt/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/ˈkrɔːswɔːk/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crosswalks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/ˈcrosswalks/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crowd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/kraʊd/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crystal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/ˈkrɪstəl/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crystals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/ˈcrystals/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/kjʊˈreɪtər/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/ˈcurious/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current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/ˈcurrent/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cursor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/ˈkɜːrsər/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/ˈkɜːrtən/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cyberbullying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/ˈsaɪbərbʊliɪŋ/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dampen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/ˈdampen/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dangerous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/ˈdangerous/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 (colors)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 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/dɑːrk miːt/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/ˈdeɪtə/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/ˈdebit/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debit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/ˈdebɪt kɑːrd/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/dek/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decomposed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/ˈdecomposed/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/ˌdekəˈreɪʃən/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decorations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/ˈdecorations/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dedication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/ˈdedication/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 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/diːp 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/ˈdeeper/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defense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/ˈdefense/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degrees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/dɪˈɡriːz/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delicious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/ˈdelicious/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delivery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/dɪˈlɪvəri/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demand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/ˈdemand/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dental hygienist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/ˈdentəl haɪˈdʒiːnɪst/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deodorant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/ˈdeodorant/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departure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/dɪˈpɑːrtʃər/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deposit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/dɪˈpɑːzɪt/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design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/ˈdesign/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designs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/ˈdesigns/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/desk/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dessert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/ˈdessert/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detergent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/dɪˈtɜːrdʒənt/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device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/dɪˈvaɪs/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devices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/ˈdevices/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diesel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/ˈdiːzəl/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difference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/ˈdifference/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different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/ˈdifferent/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/ˈdigital/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 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/ˈdɪdʒɪtəl 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 collection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/ˈdɪdʒɪtəl kəˈlekʃən/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dinner plate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/ˈdɪnər pleɪt/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dinosaur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/ˈdaɪnəsɔːr/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dinosaurs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/ˈdinosaurs/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dioxide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/ˈdioxide/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/ˈdipper/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/ˈdɜːrti/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disappointed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/ˌdɪsəˈpɔɪntɪd/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disappointment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/ˌdɪsəˈpɔɪntmənt/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/dɪˈzæstər/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discipline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/ˈdiscipline/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discovery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/dɪˈskʌvəri/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discuss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/ˈdiscuss/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/ˈdishes/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dishwasher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/ˈdishwasher/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/dɪˈspleɪ/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display 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/dɪˈspleɪ 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diving 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/ˈdaɪvɪŋ 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doctor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/ˈdɑːktər/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document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/ˈdɑːkjumənt/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doggy paddle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/ˈdɔːɡi ˈpædəl/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/ˈdollars/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dolphin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/ˈdɑːlfɪn/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dolphins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/ˈdolphins/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/ˈdoʊneɪt/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/ˈdonkey/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/ˈdoʊnʌt/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doorbell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/ˈdoorbell/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dosage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/ˈdoʊsɪdʒ/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double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/ˈdouble/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double-click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/ˌdʌbəl ˈklɪk/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/ˈdown/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download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/ˈdaʊnloʊd/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downstairs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/ˈdownstairs/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dozen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/ˈdʌzən/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/ˈdrawing/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/dres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dribble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/ˈdrɪzəl/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/ˈdrop/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drowsiness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/ˈdrowsiness/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drumstick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/ˈdrʌmstɪk/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due 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/duː deɪt/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/ˈdusts/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/ˈɜːrli/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/ɜːrn/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/ˈeducated/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educational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/ˈeducational/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educational 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/ˌedʒuˈkeɪʃənəl ɡeɪm/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effects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/ˈeffects/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eggs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/ˈeggs/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electronics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/ˈelectronics/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elephant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/ˈelɪfənt/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elephants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/ˈelephants/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elevator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/ˈelɪveɪtər/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/elf/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/ˈelse/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emotion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/ɪˈmoʊʃən/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emotions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/ˈemotions/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empty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/ˈempty/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enclosure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/ɪnˈkloʊʒər/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encore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/ˈɑːŋkɔːr/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 of 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/end əv jɪr/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endangered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/ɪnˈdeɪndʒərd/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energy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/ˈenergy/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enjoy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/ˈenjoy/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/ˈenough/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/ˈenter/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entertainer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/ˌentərˈteɪnər/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entrance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/ˈentrance/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envelope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/ˈenvəloʊp/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environment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/ˈenvironment/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equal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/ˈequal/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equation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/ˈequation/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escalator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/ˈescalator/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/ˈiːvən/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/ɪˈvent/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/ˈeveryday/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everywhere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/ˈeverywhere/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exactly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/ˈexactly/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/ɪɡˈzæm/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excellent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/ˈexcellent/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/ˈexcels/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exchange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/ˈexchange/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excited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/ɪkˈsaɪtɪd/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/ˈexcused/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exercise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/ˈexercise/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exhibit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/ɪɡˈzɪbɪt/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exhibits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/ˈexhibits/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expensive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/ɪkˈspensɪv/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/ˈexperience/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/ɪkˈsperɪmənt/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/ˈexperiments/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expiration 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/ˌekspəˈreɪʃən deɪt/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/ˈexplain/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exploding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/ˈexploding/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/ˈexplore/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/ɪkˈspres/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extra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/ˈextra/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eyes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/ˈeyes/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face paint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/feɪs peɪnt/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/ˈfair/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/ˈfake/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family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/ˈfæməli/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/ˈfancy/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fantasy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/ˈfæntəsi/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/ˈfarther/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farthest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/ˈfarthest/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 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/fæst 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/ˈfasten/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/ˈfeɪvər/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/ˈfavorite/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/ˈfavorites/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/ˈfeedback/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feeding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/ˈfiːdɪŋ 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/ˈfiːlɪŋz/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/ˈfelt/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ferris wheel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/ˈferɪs wiːl/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fertilizer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/ˈfɜːrtəlaɪzər/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/ˈfetch/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/ˈfield/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trip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trɪp/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fifteen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/ˈfifteen/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figures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/ˈfigures/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figuring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/ˈfiguring/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/ˈfɪlɪŋ/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/ˈfinale/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findings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/ˈfindings/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/ˈfinish/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 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/ˈfɪnɪʃ 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/ˈfinished/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 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 pɪt/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fireplace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/ˈfaɪərpleɪs/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fireworks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/ˈfaɪərwɜːrks/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/ˈfirst/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aid kit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eɪd kɪt/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/ˈfitting/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fizz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fizzing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/ˈfizzing/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/ˈflash/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/ˈflæʃlaɪt/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/ˈflashlights/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/ˈflavor/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flavors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/ˈflavors/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/ˈflew/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flexible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/ˈfleksəbəl/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/ˈflies/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flight attendant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/flaɪt əˈtendənt/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/floʊt/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/ˈfloʊtiz/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floaties/water 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/ˈfloʊtiz/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/ˈfloats/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/flɔːs/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/ˈflossed/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flowers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/ˈflowers/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fluff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/flʌf/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fluoride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/ˈflʊəraɪd/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/ˈflyer/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focus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/ˈfocus/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focused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/ˈfocused/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/foʊld/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/ˈfoʊldər/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follow through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/ˈfɑːloʊ θruː/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/ˈfood/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food bowl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/fuːd boʊl/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football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/ˈfootball/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forecast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/ˈfɔːrkæst/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/ˈforget/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/fərˈɡɪv/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/ˈforgot/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/fɔːrk/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fortunate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/ˈfɔːrtʃənət/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/ˈforward/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fossilized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/ˈfossilized/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/ˈfossils/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foul 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/faʊl 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fourth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/ˈfourth/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fourth of july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/fɔːrθ əv dʒʊˈlaɪ/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freedom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/ˈfriːdəm/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/ˈfreeze/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/ˈfrench/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/freʃ/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/ˈfriday/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/ˈfridge/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/ˈfrendli/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frisbee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/ˈfrisbee/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/ˈfront/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front desk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/frʌnt desk/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/ˈfrosting/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frosting/icing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/ˈfrɔːstɪŋ/ /ˈaɪsɪŋ/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fruit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/ˈfruit/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frustrated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/ˈfrʌstreɪtɪd/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/ˈfjuːəl/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full-size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/fʊl saɪz/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/ˈfunnel/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funnel cake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/ˈfʌnəl keɪk/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furniture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/ˈfurniture/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/ˈɡæləri/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/ˈɡælən/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/ˈgallons/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garden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/ˈgarden/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gardening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/ˈɡɑːrdənɪŋ/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 cap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 kæp/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 station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 ˈsteɪʃən/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/ɡeɪt/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/ˈgather/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generic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/dʒəˈnerɪk/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generous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/ˈdʒenərəs/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/ˈgentle/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/ˈgently/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geode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/ˈdʒiːoʊd/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geology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/ˈgeology/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 along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/ɡet əˈlɔːŋ/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ghost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/ɡoʊst/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/ˈgift/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 shop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/ɡɪft ʃɑːp/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/ˈgifts/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gingerbread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/ˈdʒɪndʒərbred/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giraffe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/dʒəˈræf/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giraffes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/ˈgiraffes/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/ˈgirl/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/ˈglad/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/ɡlæs/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 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/ɡlæs keɪs/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/ˈglasses/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/ɡlʌv/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/ɡlʌvz/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/ˈglows/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gluten-free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/ˈɡluːtən friː/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goggles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/ˈɡɑːɡəlz/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golden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/ˈgolden/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/ˈgone/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/ˈgoodie/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goodie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/ˈɡʊdi bæɡ/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/ˈgoodnight/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goody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/ˈɡʊdi bæɡ/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/ɡræb/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/ɡreɪd/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graham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/ˈgraham/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 finale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/ɡrænd fɪˈnɑːli/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grandpa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/ˈgrandpa/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grandparents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/ˈgrandparents/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graph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grateful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/ˈɡreɪtfəl/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gratitude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/ˈɡrætɪtuːd/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/ˈɡreɪvi/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/ˈgreat/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/ˈgreen/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grilled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/ˈgrilled/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grocery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/ˈgrocery/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/ˈgrown/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/ˈguessing/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guided tour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/ˈɡaɪdɪd tʊr/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guinea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/ˈguinea/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guinea pig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/ˈɡɪni pɪɡ/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/ɡʌmz/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/ɡʌst/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gym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habitat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/ˈhæbɪtæt/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 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/her dʒel/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haircut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/ˈherkʌt/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half 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/hæf pæst/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halloween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/ˌhæloʊˈiːn/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/ˈhammer/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/ˈhæmstər/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hamsters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/ˈhamsters/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 signal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/hænd ˈsɪɡnəl/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/ˈhændəl/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handlebar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/ˈhændəlbɑːr/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hands-on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/ˌhændz ˈɑːn/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/ˈhæŋər/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harmless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/ˈharmless/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harmony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/ˈhɑːrməni/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harvest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/ˈhɑːrvɪst/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haunted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/ˈhaunted/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headache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/ˈheadache/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health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/ˈhealth/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healthy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/ˈhelθi/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heartbeat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/ˈheartbeat/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/ˈheavy/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height requirement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/haɪt rɪˈkwaɪərmənt/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hello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/ˈhello/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helmet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/ˈhelmɪt/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helmets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/ˈhelmets/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/help/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hidden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/ˈhidden/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/ˈhigher/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/ˈhaɪlaɪts/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/ˈhaɪkɪŋ/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/ˈhistory/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hobby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/ˈhɑːbi/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 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/hoʊm 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 run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/hoʊm rʌn/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/ˈhoʊmwɜːrk/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/huːf/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/huːt/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/ˈhooting/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/hɑːp/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 dog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/hɑːt dɔːɡ/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/hoʊˈtel/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 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/ˈaʊər hænd/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housekeeping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/ˈhaʊskiːpɪŋ/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humans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/ˈhumans/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hundred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/ˈhundred/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hungry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/ˈhungry/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hygienist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/haɪˈdʒiːnɪst/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hypothesis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/haɪˈpɑːθəsɪs/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ibuprofen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/ˈibuprofen/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ice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/aɪs məˈʃiːn/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/ˈaɪsɪŋ/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/ˈaɪkɑːn/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identify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/ˈidentify/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illustration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/ˌɪləˈstreɪʃən/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immediately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/ˈimmediately/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important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/ˈimportant/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improved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/ˈimproved/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improvement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/ɪmˈpruːvmənt/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/ˈinches/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include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/ɪnˈkluːd/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including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/ˈincluding/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independence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/ˌɪndɪˈpendəns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inflate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/ˈinflate/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information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/ˈinformation/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ingredient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/ɪnˈɡriːdiənt/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ingredients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/ˈingredients/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injuries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/ˈinjuries/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injury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/ˈɪndʒəri/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insect repellent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/ˈɪnsekt rɪˈpelənt/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insert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/ˈinsert/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inside voice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/ɪnˈsaɪd vɔɪs/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/ˈinstead/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/ˈinstructions/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/ˈɪnstrəmənt/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/ˈinstruments/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insurance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/ɪnˈʃʊrəns/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intelligent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/ˈintelligent/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/ˈinteractions/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interactive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/ˌɪntərˈæktɪv/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/ˈɪntrəst/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interesting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/ˈinteresting/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internet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/ˈɪntərnet/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/ˌɪntrəˈduːs/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/ˈintroducing/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/ˌɪntrəˈdʌkʃən/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/ˈintroductions/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/ˌɪnvɪˈteɪʃən/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/ˈinvitations/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/ɪnˈvaɪt/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/ˈinviting/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issue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/ˈissue/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items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/ˈitems/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jack-o'-lantern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/ˌdʒæk ə ˈlæntərn/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/ˈjacket/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jelly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/ˈjelly/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jellyfish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/ˈdʒelifɪʃ/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jingle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/ˈdʒɪŋɡəl/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jingles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/ˈjingles/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johnson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/ˈjohnson/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/dʒɔɪn/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joining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/ˈjoining/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jordan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/ˈjordan/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journal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/ˈdʒɜːrnəl/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/dʒʌdʒ/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jumbotron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/ˈdʒʌmboʊtrɑːn/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kelp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/kelp/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ketchup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/ˈketchup/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keyboard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/ˈkiːbɔːrd/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/ˈkɪkbɔːrd/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kindness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/ˈkaɪndnəs/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kiosk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/ˈkiosk/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kitchen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/ˈkitchen/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/ˈkɪtən/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/ˈknee/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/ˈknees/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/naɪf/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label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/lænd/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/ˈlændɪŋ/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/ˈlæntərn/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large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/ˈlarge/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last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/læst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/ˈlater/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launch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/lɔːntʃ/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laundry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/ˈlɔːndri/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/ˈleɪoʊvər/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/ˈlazy/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lazy 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/ˈleɪzi ˈrɪvər/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/liːʃ/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 no trace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/liːv noʊ treɪs/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/ˈleft/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leftovers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/ˈleftovərz/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/ˈlegs/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/let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librarian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/laɪˈbreriən/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/ˈlibrary/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library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/ˈlaɪbreri 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/ˈlife/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lifeguard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/ˈlaɪfɡɑːrd/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/ˈlift/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 (colors)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/ˈlaɪtnɪŋ/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/laɪts/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limited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/ˈlimited/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listening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/ˈlistening/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/ˈlitter/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litter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/ˈlɪtər bɑːks/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/ˈlittle/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/ˈliving/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lobby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/ˈlɑːbi/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located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/ˈlocated/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/ˈlɑːkər/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log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/lɔːɡ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/ˈlonger/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loosen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/ˈloosen/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/ˈluːzər/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/ˈloud/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lucky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/ˈlucky/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luggage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/ˈlʌɡɪdʒ/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luggage cart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/ˈlʌɡɪdʒ kɑːrt/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/ˈlʌntʃbɑːks/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/ˈlunchtime/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/lʌŋz/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/ˈmachine/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machinery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/ˈmachinery/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magazines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/ˈmagazines/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/ˈmagic/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magic trick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/ˈmædʒɪk trɪk/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/ˈmail/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/ˈmeɪlbɑːks/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mailman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/ˈmeɪlmæn/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maintenance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/ˈmaintenance/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 the bed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/meɪk ðə bed/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/meɪk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mallet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/ˈmælɪt/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mallets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/ˈmallets/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mammal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/ˈmæməl/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management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/ˈmanagement/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marching band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/ˈmɑːrtʃɪŋ bænd/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marco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/ˈmarco/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marine 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/məˈriːn laɪf/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marshmallow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/ˈmɑːrʃmeloʊ/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marshmallows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/ˈmarshmallows/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mascot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/ˈmæskɑːt/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mashed potatoes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/mæʃt pəˈteɪtoʊz/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/mæsk/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/ˈmasks/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/ˈmatch/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material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/məˈtɪriəl/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materials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/ˈmaterials/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matinee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/ˌmætɪˈneɪ/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/ˈmætər/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/ˈmatters/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maybe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/ˈmaybe/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/ˈmeʒər/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measurement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/ˈmeʒərmənt/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meatballs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/ˈmeatballs/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medical history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/ˈmedɪkəl ˈhɪstəri/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/ˌmedɪˈkeɪʃən/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medicine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/ˈmedicine/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medium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/ˈmedium/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melody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/ˈmelədi/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/melt/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members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/ˈmembers/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/ˈmemories/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/ˈmeməraɪz/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memory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/ˈmeməri/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menu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/ˈmenu/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menus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/ˈmenus/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merrier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/ˈmerrier/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merry christmas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/ˈmeri ˈkrɪsməs/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messy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microphone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/ˈmaɪkrəfoʊn/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microwave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/ˈmicrowave/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midnight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/ˈmɪdnaɪt/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migrate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/ˈmaɪɡreɪt/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/ˈmɪnərəl/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minerals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/ˈminerals/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 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/ˈmɪnɪt hænd/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minutes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/ˈminutes/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mirror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/ˈmɪrər/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/mɪˈsteɪk/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/ˈmistakes/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mistletoe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/ˈmɪsəltoʊ/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mixing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/ˈmixing/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mobile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/ˈmobile/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models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/ˈmodels/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moisture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/ˈmoisture/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/ˈmoʊlər/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monarch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/ˈmonarch/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monarch butterfly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/ˈmɑːnərk ˈbʌtərflaɪ/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/ˈmʌŋki/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monkeys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/ˈmonkeys/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montana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/ˈmontana/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months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/ˈmonths/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/ˈmorning/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/ˈmother/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/maʊs/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/ˈmouth/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mouthwash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/ˈmaʊθwɑːʃ/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/muːv/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/muːv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 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/ˈmuːvi naɪt/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movie/film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/ˈmuːvi/ /fɪlm/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mozzarella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/ˈmozzarella/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muffin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/ˈmʌfɪn/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muffins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/ˈmuffins/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/ˈmʌsəl/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muscles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/ˈmuscles/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museum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/mjuːˈziːəm/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museums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/ˈmuseums/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/ˈmjuːzɪk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musical chairs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/ˈmjuːzɪkəl tʃerz/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musician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/mjuˈzɪʃən/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musicians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/ˈmusicians/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mystery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/ˈmɪstəri/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 tag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/neɪm tæɡ/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named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/ˈnamed/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napkin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/ˈnæpkɪn/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napkins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/ˈnapkins/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nasa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/ˈnasa/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nationally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/ˈnationally/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/ˈnatural/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/ˈnature/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nature 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/ˈneɪtʃər 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/ˈnavy/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nearby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/ˈnearby/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neatly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/ˈneatly/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/ˈniːdəl/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/ˈneeds/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neighborhood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/ˈneɪbərh hʊd/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nervous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/ˈnɜːrvəs/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/ˈnever/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next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/ˈnext/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next 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/nekst jɪr/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/ˈnice/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nickel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/ˈnights/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nocturnal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/nɑːkˈtɜːrnəl/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/ˈnoise/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noisy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/ˈnoisy/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nonfiction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/nɑːnˈfɪkʃən/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normal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/ˈnormal/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normal 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/ˈnɔːrməl wɑːʃ/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/ˈnotebooks/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/ˈnow/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nozzle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/ˈnɑːzəl/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/ˈnumber/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numbers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/ˈnumbers/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/nɜːrs/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nutrient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/ˈnuːtriənt/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nutrients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/ˈnutrients/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o'clock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/əˈklɑːk/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oatmeal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/ˈoatmeal/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observation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/ˌɑːbzərˈveɪʃən/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occasion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/ˈoccasion/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/ˈocean/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octane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/ˈɑːkteɪn/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octopus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/ˈɑːktəpəs/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/ˈoff/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often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/ˈoften/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okay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/ˈokay/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/ˈold/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older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/ˈolder/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/ˈɑːnlaɪn/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online banking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/ˈɔnlaɪn ˈbæŋkɪŋ/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only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/ˈonly/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/ˈoʊpən/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open field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/ˈoʊpən fiːld/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/ˈoperate/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operator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/ˈɑːpəreɪtər/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opportunities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/ˈopportunities/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opportunity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/ˌɑːpərˈtuːnəti/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options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/ˈoptions/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/ˈorange/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/ˈorder/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ordered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/ˈordered/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/ˈɔːrɡənaɪz/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organizing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/ˈorganizing/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ornament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/ˈɔːrnəmənt/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/ˈother/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others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/ˈothers/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outfit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/ˈaʊtfɪt/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outfits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/ˈoutfits/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outside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/ˈoutside/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/ˈʌvən/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over-the-counter (otc)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 ðə ˈkaʊntər/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overdue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/ˌoʊvərˈduː/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overhead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/ˈoverhead/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overhead 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/ˌoʊvərˈhed 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overwhelming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/ˈoverwhelming/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/ˈowls/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/ˈown/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/ˈpækɪdʒ/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packages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/ˈpackages/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/ˈpacking/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packing 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/ˈpækɪŋ lɪst/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/ˈpaddle/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painkiller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/ˈpeɪnkɪlər/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/ˈpajama/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/pəˈdʒɑːmə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pajamas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/pəˈdʒɑːməz/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paleontologists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/ˈpaleontologists/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pancakes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/ˈpancakes/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pandas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/ˈpandas/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papers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/ˈpapers/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/pəˈreɪd/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participation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/pɑːrˌtɪsɪˈpeɪʃn/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 favor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 ˈfeɪvər/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party hat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/ˈpɑːrti hæt/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passionate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/ˈpassionate/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password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/ˈpæswɜːrd/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/ˈpasta/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pastry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/ˈpeɪstri/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patriot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/ˈpeɪtriət/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patriotic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/ˌpeɪtriˈɑːtɪk/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pattern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/ˈpætərn/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/pɔːz/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pay at the 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/peɪ æt ðə pʌmp/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 (physical education)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/ˌpiː ˈiː/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peanut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/ˈpeanut/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peanuts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/ˈpeanuts/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pedal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pellets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/ˈpellets/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pencil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/ˈpencil/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pencils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/ˈpencils/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penguin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/ˈpeŋɡwɪn/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penguins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/ˈpenguins/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pennies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/ˈpennies/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people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/ˈpeople/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 rally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/pep ˈræli/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perfectly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/ˈperfectly/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/pərˈfɔːrm/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/ˈperformer/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performing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/ˈperforming/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permanent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/ˈpermanent/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permanent 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/ˈpɜːrmənənt tuːθ/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permission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/pərˈmɪʃən/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/ˈperson/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/ˈpersonal/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personal information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/ˈpɜːrsənəl ˌɪnfərˈmeɪʃən/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perspective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/pərˈspektɪv/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/pet/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petting zoo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/ˈpetɪŋ zuː/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pharmacist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/ˈfɑːrməsɪst/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pharmacy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/ˈfɑːrməsi/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/ˈphew/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photography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/ˈphotography/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photos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/ˈphotos/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physical exam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/ˈfɪzɪkəl ɪɡˈzæm/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pickup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/ˈpickup/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picnic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/ˈpɪknɪk/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picture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/ˈpicture/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pieces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/ˈpieces/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pigtails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/ˈpɪɡteɪlz/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pilgrim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/ˈpɪlɡrɪm/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pilgrims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/ˈpilgrims/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/ˈpɪloʊ/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 the tail on the donkey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 ðə teɪl ɑːn ðə ˈdɑːŋki/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pizza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/ˈpizza/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piñata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/pɪnˈjɑːtə/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 setting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/pleɪs ˈsetɪŋ/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placemat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/ˈpleɪsmæt/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/ˈplænɪt/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planetarium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/ˌplænɪˈteriəm/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/plænt/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plastic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/ˈplastic/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/ˈplatters/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playground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/ˈplayground/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please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/ˈplease/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plenty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/ˈplenty/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/ˌpiː ˈem/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/piː oʊ 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/ˈpoint/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pointing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/ˈpointing/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/ˈpɑːlɪʃ/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polisher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/ˈpolisher/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polo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/ˈpolo/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pomodoro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/ˈpomodoro/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ponytail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/ˈpoʊniteɪl/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popcorn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/ˈpɑːpkɔːrn/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popular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/ˈpopular/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/ˈposition/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positive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/ˈpositive/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 office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/poʊst ˈɔːfɪs/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/ˈpoʊstkɑːrd/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/ˈpoʊstər/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posters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/ˈposters/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potatoes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/ˈpotatoes/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pounds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/ˈpounds/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powdered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/ˈpowdered/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power 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/ˈpaʊər 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/ˈpræktɪs/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/ˈpracticed/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practicing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/ˈpracticing/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predicts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/ˈpredicts/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prehistoric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/ˌpriːhɪˈstɔːrɪk/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premiere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/prɪˈmɪr/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prepare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/ˈprepare/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prescription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/prɪˈskrɪpʃən/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/ˈprezənt/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present/gift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/ˈprezənt/ /ɡɪft/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/ˌprezənˈteɪʃən/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/ˌprezərˈveɪʃən/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/ˈpressure/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pretend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/ˈpretend/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pretty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/ˈpretty/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/ˈprevent/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/ˈpriːvjuː/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preview/trailer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/ˈpriːvjuː/ /ˈtreɪlər/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previews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/ˈpreviews/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primate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/ˈpraɪmeɪt/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principal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/ˈprɪnsəpəl/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priority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/ˈpriority/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priority mail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/praɪˈɔːrəti meɪl/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privacy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/ˈpraɪvəsi/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/ˈprize/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probably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/ˈprobably/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problem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/ˈproblem/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problem-solving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/ˈprɑːbləm ˈsɑːlvɪŋ/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procedure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/prəˈsiːdʒər/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/ˈproʊɡræm/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/ˈprograms/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progress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/ˈprogress/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project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/ˈproject/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projects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/ˈprojects/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/prɑːp/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protect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/ˈprotect/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proud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/praʊd/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puddles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/ˈpuddles/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/pʊl/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/ˈpulling/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/pʌmp/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pumpkin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/ˈpʌmpkɪn/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pumpkin pie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/ˈpʌmpkɪn paɪ/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puppies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/ˈpuppies/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puppy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/ˈpʌpi/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purchase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/ˈpurchase/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purple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/ˈpurple/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/ˈpush/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/ˈpʌzəl/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puzzles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/ˈpuzzles/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qualified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/ˈqualified/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 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 pæst/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 to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 tuː/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/ˈquarters/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question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/ˈquestion/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questions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/ˈquestions/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quickly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/ˈquickly/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/ˈquiet/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quiz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/ˈquiz/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/kwoʊt/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raccoon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/ˈraccoon/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rainbow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/ˈreɪnboʊ/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raincoat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/ˈreɪnkoʊt/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/ˈrains/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rallies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/ˈrallies/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/ˈrally/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rarely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/ˈrarely/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/riːtʃ/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reappear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/ˌriːəˈpɪr/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reasonable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/ˈreasonable/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receipt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/ˈriːses/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recipe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/ˈresəpi/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reclin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/ˈreclin/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recliner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/rɪˈklaɪnər/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recognize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/ˈrekəɡnaɪz/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recommendation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/ˌrekəmenˈdeɪʃən/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/ˈrecord/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/ˌriːˈsaɪkəl/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/ˈrecycling/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recycling 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/riˈsaɪklɪŋ 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red, white, and blue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/red waɪt ənd bluː/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reel 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/riːl 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referral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/rɪˈfɜːrəl/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reflector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/rɪˈflektər/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reflex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/ˈriːfleks/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regional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/ˈregional/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/ˌriːˈɡroʊ/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regular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/ˈregular/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regularly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/ˈregularly/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rehearse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/rɪˈhɜːrs/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reindeer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/ˈreɪndɪr/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reinforcement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/ˈreinforcement/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/ˈrelax/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/ˈrelay/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relay 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/ˈriːleɪ reɪs/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remember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/ˈremember/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remote control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/rɪˈmoʊt kənˈtroʊl/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/ˈremove/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/ˈremoves/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renew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/rɪˈnuː/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renewable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/ˈrenewable/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/ˈriːpleɪ/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replays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/ˈreplays/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/ˈreport/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report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/rɪˈpɔːrt 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reptile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/ˈreptaɪl/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research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/rɪˈsɜːrtʃ/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/ˌrezərˈveɪʃən/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resilience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/rɪˈzɪliəns/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resolve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/rɪˈzɑːlv/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/rɪˈspekt/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respectful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/ˈrespectful/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responsibility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/ˈresponsibility/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responsible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/rɪˈspɑːnsəbl/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restaurant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/ˈrestaurant/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results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/rɪˈzʌlts/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/rɪˈteɪnər/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 address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 əˈdres/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 slot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 slɑːt/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/ˈreturning/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/ˈreturns/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reusable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/ˈreusable/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/ˈreward/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rhythm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/ˈrɪðəm/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rhythm sticks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/ˈrɪðəm stɪks/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ribbon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/ˈrɪbən/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ribbons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/ˈribbons/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/raɪd/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/ˈrides/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rinse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/ˈroasted/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/ˈroasting/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/ˈrɑːbɪn/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/ˈrobins/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robotics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/ˈrobotics/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/ˈroller/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roller coaster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/ˈroʊlər ˈkoʊstər/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room 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/ruːm kiː/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routine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/ˈroutine/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rsvp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/ˌɑːr es viː ˈpiː/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rumor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/ˈrumor/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rumors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/ˈrumors/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/ˈrʌnweɪ/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rustle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/ˈrʌsəl/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rustling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/ˈrustling/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s'more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s'mores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/smɔːrz/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sack 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/sæk reɪs/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/sæd/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safari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/səˈfɑːri/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/ˈsafe/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/ˈsafety/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 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/ˈseɪfti bɑːr/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 goggles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/ˈseɪfti ˈɡɑːɡəlz/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/ˈsaid/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/ˈsæləd/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salmon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/ˈsalmon/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/sɔːlt/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/ˈsam/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/ˈsæmpəl/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sandcastle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/ˈsændkæsəl/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sandwich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/ˈsandwich/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/ˈsanta/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santa claus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/ˈsæntə klɔːz/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sarah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/ˈsarah/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saturdays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/ˈsaturdays/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/ˈsauce/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sauces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/ˈsauces/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/ˈsavings/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 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/ˈseɪvɪŋz əˈkaʊnt/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 goal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/ˈseɪvɪŋz ɡoʊl/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/skɑːrf/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scavenger hunt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/ˈskævɪndʒər hʌnt/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scene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/ˈscene/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schedule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/ˈskedʒuːl/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 colors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 ˈkʌlərz/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 supplies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 səˈplaɪz/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/ˈschoolwork/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/ˈscience/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 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/ˈsaɪəns fer/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 lab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/ˈsaɪəns læb/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scientific method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/ˌsaɪənˈtɪfɪk ˈmeθəd/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scissors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/ˈsɪzərz/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/ˈscoop/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/skɔːr/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/ˈscored/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scrambled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/ˈscrambled/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/skriːn 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/ˈscreens/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scrimmage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/ˈskrɪmɪdʒ/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 urchin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 ˈɜːrtʃɪn/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seashell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/ˈsiːʃel/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 belt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/siːt belt/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seatbelt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/ˈseatbelt/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second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/ˈsekənd/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seconds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/ˈseconds/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/ˈsekʃən/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/ˈsecure/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security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/sɪˈkjʊrəti/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/ˈsiːdlɪŋ/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select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/ˈselect/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self-awareness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/ˌself əˈwernəs/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semicolon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/ˈsemicolon/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separate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/ˈsepəreɪt/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sequel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/ˈsiːkwəl/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server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/ˈserver/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sesame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/ˈsesame/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/ˈsession/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 the 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/set ðə ˈteɪbəl/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/ˈsetbæk/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seventh-inning stretch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/ˈsevənθ ˈɪnɪŋ stretʃ/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seventy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/ˈseventy/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/ˈseveral/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/ˈshallow/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shallow 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/ˈʃæloʊ 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shampoo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/ʃæmˈpuː/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share/donate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/ʃer/ /ˈdoʊneɪt/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/ˈsheets/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shelf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/ʃelf/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/ˈshells/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/ʃuːt/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shooting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/ˈshooting/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/ˈshopping/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/ˈshorter/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shot/vaccination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/ʃɑːt/ /ˌvæksɪˈneɪʃən/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shovel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/ˈʃʌvəl/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/ˈʃoʊɪŋ/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/ˈʃoʊtaɪm/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/ˈshowtimes/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 effect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/saɪd ɪˈfekt/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/ˈsaɪdwɔːk/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 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/saɪn 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/ˈsignals/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/ˈsɪɡnətʃər/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/ˈsigns/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silverware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/ˈsɪlvərwer/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simple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/ˈsimple/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simulator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/ˈsimulator/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/ˈsinging/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/ˈsingle/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single file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/ˈsɪŋɡəl faɪl/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/ˈsister/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skeleton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/ˈskelɪtən/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skeletons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/ˈskeletons/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sleeping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/ˈsliːpɪŋ bæɡ/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/ˈsliːpoʊvər/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/slaɪs/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/ˈslimy/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slippery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/ˈslippery/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/sloʊ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/ˈslowly/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/ˈsmaller/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/ˈsmart/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/ˈsmells/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/ˈsmith/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/ˈsmiths/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/smuːð/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/ˈsmuːði/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/ˈsmoothies/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/ˈsmoothly/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/snæk/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snacks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/ˈsnacks/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snooze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/ˈsnooze/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/snoʊ/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/ˈsnoʊbɔːl/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/ˈsnowed/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/ˈsnoʊmæn/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snugly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/ˈsnugly/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soccer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/ˈsoccer/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/ˈsocial/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social media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/ˈsoʊʃəl ˈmiːdiə/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soda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/ˈsoda/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sold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/soʊld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/ˈsometimes/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/ˈsoon/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/ˈsɑːri/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soundtrack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/ˈsoundtrack/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sources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/ˈsources/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sourdough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/ˈsourdough/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souvenir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/ˌsuːvəˈnɪr/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spaghetti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/ˈspaghetti/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sparkler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/ˈspɑːrklər/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spay/neuter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/speɪ/ /ˈnuːtər/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/ˈspecial/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/ˈspecials/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/ˈspiːʃiːz/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speed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/spiːd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/ˈspelling/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/ˈspending/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/ˌes piː ˈef/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/ˈspider/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spirit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/ˈspɪrɪt/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spirit week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/ˈspɪrɪt wiːk/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splash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/splæʃ/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splash zone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/splæʃ zoʊn/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/ˈspuːki/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spotlight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/ˈspɑːtlaɪt/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/spreɪ/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/ˈspread/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spreading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/ˈspreading/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/spraʊt/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sprouts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/ˈsprouts/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squeaky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/ˈsqueaky/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squeegee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/ˈskwiːdʒiː/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squirrel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/ˈskwɜːrəl/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squirrels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/ˈsquirrels/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/stæk/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stadium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/ˈsteɪdiəm/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stage fright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/steɪdʒ fraɪt/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/steɪks/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/stæmp/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stamps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/ˈstamps/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/ˈstanding/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/ˈstɑːrfɪʃ/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stars and stripes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/stɑːrz ənd straɪps/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statement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/ˈsteɪtmənt/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/ˈsteady/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/ˈsteal/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stethoscope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/ˈsteθəskoʊp/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/ˈstill/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stingray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/ˈstɪŋreɪ/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/ˈstɑːkɪŋ/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/ˈstɔːri taɪm/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/ˈstorytime/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/ˈstrange/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/ˈstreɪndʒər/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strawberries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/ˈstrawberries/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strawberry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/ˈstrɔːberi/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strengths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/ˈstrengths/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/stretʃ/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stretching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/ˈstretching/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/straɪk/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/straɪpt/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/ˈstrong/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student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/ˈstudent/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/ˈstuff/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/ˈstuffed/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stuffed animal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/stʌft ˈænɪməl/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/ˈstʌfɪŋ/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/ˈstyling/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/ˈstaɪlɪst/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subject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/ˈsubject/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subtitles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/ˈsʌbtaɪtəlz/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sugar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/ˈsugar/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suitcase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/ˈsuːtkeɪs/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/ˈsummer/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break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breɪk/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camp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kæmp/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vacation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veɪˈkeɪʃən/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sunglasses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/ˈsunglasses/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/ˈsunlight/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sunscreen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/ˈsʌnskriːn/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/ˈsʌnset/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superhero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/ˈsuːpərˌhɪroʊ/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/ˈsupplies/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/ˈsupply/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/səˈpɔːrt/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supportive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/səˈpɔːrtɪv/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survive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/ˈsurvive/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/ˈswallow/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sweetie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/ˈsweetie/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/ˈswimmer/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/ˈswimming/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swimsuit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/ˈswɪmsuːt/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/ˈswinging/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swoop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/swuːp/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swooping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/ˈswooping/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symptom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/ˈsɪmptəm/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symptoms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/ˈsymptoms/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syrup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/ˈsyrup/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t-rex (tyrannosaurus rex)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/ˌtiː reks/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tablespoon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/ˈteɪbəlˌspuːn/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tablespoons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/ˈtablespoons/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/ˈtæblət/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tackle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/ˈtackle/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tacos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/ˈtacos/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/tæɡ/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 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/teɪk tɜːrnz/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takeoff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/ˈteɪkɔːf/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 show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 ʃoʊ/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/ˈtaller/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tambourine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/ˌtæmbəˈriːn/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/tæŋk/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/ˈtart/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/ˈtaste/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tastes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/ˈtastes/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/ˈtiːtʃər/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/tiːm/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/ˈtiːmwɜːrk/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technique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/ˈtechnique/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teddy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/ˈteddy/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teeth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/tiːθ/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temperature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/ˈtemprətʃər/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/ˈtenʃən/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terminal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/ˈtɜːrmɪnəl/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/ˈtested/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text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/ˈtext/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/ˈthank/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 you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/θæŋk 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thank-you note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/θæŋk juː noʊt/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/ˈθæŋkfəl/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/ˈthanks/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thanksgiving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/ˌθæŋksˈɡɪvɪŋ/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/ˈtheater/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theater/cinema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/ˈθiːətər/ /ˈsɪnəmə/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/θiːm/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thermometer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/θərˈmɑːmɪtər/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thirsty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/ˈthirsty/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/ˈthirty/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/ˈthought/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thoughtful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/ˈθɔːtfəl/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thousands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/ˈthousands/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thrill 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/θrɪl raɪd/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/θroʊt/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/ˈthrow/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thunder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/ˈθʌndər/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thursday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/ˈthursday/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/ˈtaɪɡər/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 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/ˈtaɪər ˈpreʃər/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tissues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/ˈtissues/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together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/təˈɡeðər/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toiletries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/ˈtɔɪlətriz/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toiletry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/ˈtoiletry/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tomato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/təˈmeɪtoʊ/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/ˈtomatoes/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tomorrow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/ˈtomorrow/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/ˈtonight/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toothbrush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/ˈtuːθbrʌʃ/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toothpaste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/ˈtuːθpeɪst/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tortillas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/ˈtortillas/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/ˈtotal/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totally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/ˈtotally/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 tank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/tʌtʃ tæŋk/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 typing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/tʌtʃ ˈtaɪpɪŋ/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/ˈtaʊəl/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/ˈtowels/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/træk/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/ˈtracking/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tracking number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/ˈtrækɪŋ ˈnʌmbər/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tradition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/trəˈdɪʃən/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traffic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/ˈtræfɪk/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/ˈtreɪlər/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/ˈtrailers/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training wheels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/ˈtreɪnɪŋ wiːlz/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transaction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/trænˈzækʃən/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/ˈtrash/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travel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/ˈtrævəl/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tread water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/tred ˈwɔːtər/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/ˈtreasure/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/ˈtraɪəl/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triangle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/ˈtriangle/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trick-or-treat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/ˌtrɪk ɔːr ˈtriːt/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trouble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/ˈtrouble/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/ˈtraʊəl/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/trʌŋk/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/ˈtrunks/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try your best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/traɪ jər best/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tsa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/ˌtiː es ˈeɪ/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tube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/ˈtube/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tuesday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/ˈtuesday/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tug-of-war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/ˌtʌɡ əv ˈwɔːr/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/ˈtɜːrki/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/tɜːrn/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tuxedos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/ˈtuxedos/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twelve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/ˈtwelve/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/ˈtwice/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/twɪn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/ˈtwinkle/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type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typing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/ˈtyping/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umbrella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/ʌmˈbrelə/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unattended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/ˈunattended/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uncomfortable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/ˈuncomfortable/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understand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/ˈunderstand/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underwear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/ˈunderwear/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unleaded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/ʌnˈledɪd/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/ˈunsure/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unwind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/ʌnˈwaɪnd/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unwrap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/ʌnˈræp/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upgrade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/ˈupgrade/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/ʌpˈset/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upstairs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/ˈupstairs/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urchins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/ˈurchins/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/ˈʌʃər/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utensil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/juːˈtensəl/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/veɪˈkeɪʃən/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/ˈvæksɪneɪt/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/ˈvaccination/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/vækˈsiːn/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vacuum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/ˈvacuum/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/ˈvæljuː/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vanilla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/ˈvanilla/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/ˈveriəbəl/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variables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/ˈvariables/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variety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/ˈvariety/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vegetable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/ˈvegetable/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vegetables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/ˈvegetables/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veggies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/ˈveggies/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vending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/ˈvendɪŋ məˈʃiːn/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vendor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/ˈvendər/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verify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/ˈverify/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veteran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/ˈvetərən/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veterinarian/vet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/ˌvetərɪˈneriən/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video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/ˈvideo/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/ˈview/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vinegar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/ˈvɪnɪɡər/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violet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/ˈvaɪələt/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/ˈvisit/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visiting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/ˈvisiting/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vocabulary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/ˈvocabulary/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volcano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/vɑːlˈkeɪnoʊ/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volleyball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/ˈvolleyball/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waddling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/ˈwaddling/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waiting 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/ˈweɪtɪŋ 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wake-up call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/weɪk ʌp kɔːl/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/ˈwalking/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/ˈwɑːlɪt/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warm-up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/ˈwɔːrm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/ˈwash/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/ˈwashing/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washing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/ˈwɑːʃɪŋ məˈʃiːn/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/wɑːtʃ/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 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 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 slide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 slaɪd/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/ˈwatering/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watering can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/ˈwɔːtərɪŋ kæn/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weapons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/ˈweapons/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/ˈweðər/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/ˈwebsites/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wednesday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/ˈwednesday/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welcome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/ˈwelkəm/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/ˈwheels/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/ˈwhite/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 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/waɪt miːt/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/ˈwhole/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wifi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/ˈwaɪfaɪ/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/ˈwild/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wildlife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/ˈwaɪldlaɪf/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/ˈwindow/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windshield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/ˈwɪndʃiːld/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withdraw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/wɪðˈdrɔː/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wizard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/ˈwizard/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/ˈwoman/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wonderful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/ˈwonderful/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woodpecker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/ˈwʊdpekər/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/wɜːrk aʊt/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worksheet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/ˈworksheet/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/ˈworry/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/ræp/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/ˈwrapped/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/ˈræpər/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/ˈwrapping/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wrapping paper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/ˈræpɪŋ ˈpeɪpər/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wrinkles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/ˈwrinkles/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/ˈwrote/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x-ray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/ˈeksreɪ/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xylophone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/ˈzaɪləfoʊn/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yearbook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/ˈjɪrbʊk/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/ˈyearly/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/jel/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yogurt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/ˈjoʊɡərt/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yummy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/ˈjʌmi/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zebra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/ˈziːbrə/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zigzag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/ˈzigzag/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zip code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/zɪp koʊd/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zookeeper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/ˈzuːkiːpər/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作业宾果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/ˈ作业宾果/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假装烹饪节目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/ˈ假装烹饪节目/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学习伙伴角色扮演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/ˈ学习伙伴角色扮演/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家务卡片游戏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/ˈ家务卡片游戏/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家务贴纸表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/ˈ家务贴纸表/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感恩游戏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/ˈ感恩游戏/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打扫舞会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/ˈ打扫舞会/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故事剧场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/ˈ故事剧场/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早晨清单歌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/ˈ早晨清单歌/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早餐宾果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/ˈ早餐宾果/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早餐菜单游戏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/ˈ早餐菜单游戏/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晚安歌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/ˈ晚安歌/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番茄工作法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/ˈ番茄工作法/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睡前流程图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/ˈ睡前流程图/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闹钟模拟器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/ˈ闹钟模拟器/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餐厅角色扮演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/ˈ餐厅角色扮演/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