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/ˈugh/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umbrella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/ʌmˈbrelə/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unattended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/ˈunattended/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uncomfortable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/ˈuncomfortable/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understand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/ˈunderstand/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underwear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/ˈunderwear/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unleaded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/ʌnˈledɪd/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/ˈunsure/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unwind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/ʌnˈwaɪnd/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unwrap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/ʌnˈræp/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/ˈup/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upgrade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/ˈupgrade/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/ʌpˈset/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upstairs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/ˈupstairs/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urchins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/ˈurchins/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/ˈʌʃər/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/ˈusing/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utensil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/juːˈtensəl/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/veɪˈkeɪʃən/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vaccinate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/ˈvæksɪneɪt/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vaccination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/ˈvaccination/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vaccine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/vækˈsiːn/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vacuum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/ˈvacuum/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value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/ˈvæljuː/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vanilla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/ˈvanilla/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variable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/ˈveriəbəl/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variables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/ˈvariables/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variety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/ˈvariety/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vegetable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/ˈvegetable/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vegetables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/ˈvegetables/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veggies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/ˈveggies/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vending 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/ˈvendɪŋ məˈʃiːn/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vendor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/ˈvendər/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verify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/ˈverify/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/ˈvery/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veteran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/ˈvetərən/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veterinarian/vet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/ˌvetərɪˈneriən/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video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/ˈvideo/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/ˈview/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vinegar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/ˈvɪnɪɡər/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violet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/ˈvaɪələt/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visit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/ˈvisit/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visiting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/ˈvisiting/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vocabulary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/ˈvocabulary/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volcano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/vɑːlˈkeɪnoʊ/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volleyball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/ˈvolleyball/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/voʊt/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votes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/ˈvotes/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/ˈwɑːdəl/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waddling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/ˈwaddling/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wagging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/ˈwagging/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waiting 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/ˈweɪtɪŋ ruːm/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/ˈwake/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wake-up call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/weɪk ʌp kɔːl/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/ˈwalk/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walking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/ˈwalking/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wallet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/ˈwɑːlɪt/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/ˈwants/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warm-up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/ˈwɔːrm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/ˈwash/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washing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/ˈwashing/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washing 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/ˈwɑːʃɪŋ məˈʃiːn/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/wɑːtʃ/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 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 raɪd/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 slide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 slaɪd/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/ˈwatering/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watering can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/ˈwɔːtərɪŋ kæn/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/weɪv/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weapons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/ˈweapons/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/ˈwearing/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weather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/ˈweðər/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webs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/ˈwebs/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website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/ˈwebsaɪt/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websites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/ˈwebsites/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wednesday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/ˈwednesday/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/wiːd/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weekend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/ˈweekend/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weeks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/ˈweeks/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weigh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welcome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/ˈwelkəm/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/ˈwell/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wheels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/ˈwheels/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/ˈwhite/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white meat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/waɪt miːt/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whole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/ˈwhole/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/ˈwide/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wifi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/ˈwaɪfaɪ/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/ˈwild/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wildlife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/ˈwaɪldlaɪf/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/ˈwindow/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windshield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/ˈwɪndʃiːld/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/ˈwɪndi/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winter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/ˈwɪntər/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/ˈwipe/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withdraw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/wɪðˈdrɔː/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wizard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/ˈwizard/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wobbling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/ˈwobbling/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woman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/ˈwoman/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wonder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/ˈwonder/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wonderful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/ˈwonderful/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woodpecker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/ˈwʊdpekər/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/wɜːrk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worksheet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/ˈworksheet/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/ˈworry/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/ˈworse/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/ˈwow/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/ˈwrapped/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/ˈræpər/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/ˈwrapping/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wrapping paper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/ˈræpɪŋ ˈpeɪpər/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wrinkles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/ˈwrinkles/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/ˈwrite/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writing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/ˈwriting/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wrote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/ˈwrote/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x-ray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/ˈeksreɪ/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xylophone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/ˈzaɪləfoʊn/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yearbook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/ˈjɪrbʊk/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yearbooks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/ˈyearbooks/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/ˈyearly/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/jel/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/ˈyelled/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/ˈyet/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yogurt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/ˈjoʊɡərt/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yummy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/ˈjʌmi/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zebra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/ˈziːbrə/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zigzag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/ˈzigzag/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/zɪp/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zip code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/zɪp koʊd/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/zuː/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zookeeper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/ˈzuːkiːpər/</w:t>
              <w:br/>
            </w:r>
          </w:p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