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qualified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/ˈqualified/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quarter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/ˈkwɔːrtər/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quarter past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/ˈkwɔːrtər pæst/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quarter to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/ˈkwɔːrtər tuː/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quarters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/ˈquarters/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question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/ˈquestion/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questions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/ˈquestions/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queue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/kjuː/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quick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/ˈquick/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quickly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/ˈquickly/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quiet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/ˈquiet/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quiz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/ˈquiz/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quote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/kwoʊt/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quotes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/ˈquotes/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raccoon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/ˈraccoon/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/ˈrace/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races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/ˈraces/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/ˈrain/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rainbow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/ˈreɪnboʊ/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raincoat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/ˈreɪnkoʊt/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rains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/ˈrains/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rainy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/ˈreɪni/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rallies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/ˈrallies/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rally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/ˈrally/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/ˈran/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ranch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/ˈranch/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/ˈrang/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rarely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/ˈrarely/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/ˈrate/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rated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/ˈreɪtɪd/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reach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/riːtʃ/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reaction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/ˈreaction/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reactions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/ˈreactions/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read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/ˈread/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reading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/ˈreading/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ready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/ˈready/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/ˈreal/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really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/ˈreally/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reappear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/ˌriːəˈpɪr/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reasonable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/ˈreasonable/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receipt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/rɪˈsiːt/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recess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/ˈriːses/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recipe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/ˈresəpi/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reclin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/ˈreclin/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recliner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/rɪˈklaɪnər/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recognize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/ˈrekəɡnaɪz/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recommendation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/ˌrekəmenˈdeɪʃən/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record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/ˈrecord/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recycle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/ˌriːˈsaɪkəl/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recycling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/ˈrecycling/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recycling bin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/riˈsaɪklɪŋ bɪn/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red, white, and blue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/red waɪt ənd bluː/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/ˈreel/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reel 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/riːl 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referral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/rɪˈfɜːrəl/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refill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/ˈriːfɪl/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reflector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/rɪˈflektər/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reflex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/ˈriːfleks/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regional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/ˈregional/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regrow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/ˌriːˈɡroʊ/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regular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/ˈregular/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regularly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/ˈregularly/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rehearse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/rɪˈhɜːrs/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reindeer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/ˈreɪndɪr/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reinforcement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/ˈreinforcement/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relax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/ˈrelax/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relay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/ˈrelay/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relay race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/ˈriːleɪ reɪs/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remember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/ˈremember/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remote control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/rɪˈmoʊt kənˈtroʊl/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remove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/ˈremove/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removes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/ˈremoves/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renew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/rɪˈnuː/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renewable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/ˈrenewable/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replay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/ˈriːpleɪ/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replays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/ˈreplays/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report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/ˈreport/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report card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/rɪˈpɔːrt kɑːrd/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reptile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/ˈreptaɪl/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research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/rɪˈsɜːrtʃ/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reservation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/ˌrezərˈveɪʃən/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resilience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/rɪˈzɪliəns/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resolve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/rɪˈzɑːlv/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respect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/rɪˈspekt/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respectful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/ˈrespectful/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responsibility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/ˈresponsibility/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responsible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/rɪˈspɑːnsəbl/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/ˈrest/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restaurant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/ˈrestaurant/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results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/rɪˈzʌlts/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retainer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/rɪˈteɪnər/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return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/rɪˈtɜːrn/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return address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/rɪˈtɜːrn əˈdres/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return slot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/rɪˈtɜːrn slɑːt/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returning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/ˈreturning/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returns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/ˈreturns/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reusable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/ˈreusable/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reward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/ˈreward/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rhythm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/ˈrɪðəm/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rhythm sticks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/ˈrɪðəm stɪks/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ribbon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/ˈrɪbən/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ribbons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/ˈribbons/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rice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/ˈrice/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rich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/ˈrich/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ride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/raɪd/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rides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/ˈrides/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riding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/ˈriding/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right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/ˈright/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rinse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/rɪns/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rip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/ˈrip/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river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/ˈriver/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/rɔːr/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roaring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/ˈroaring/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roast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/roʊst/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roasted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/ˈroasted/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roasting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/ˈroasting/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robin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/ˈrɑːbɪn/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robins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/ˈrobins/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robotics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/ˈrobotics/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/ˈrock/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rockets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/ˈrockets/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/ˈrole/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/roʊl/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roller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/ˈroller/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roller coaster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/ˈroʊlər ˈkoʊstər/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room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/ˈroom/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room key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/ruːm kiː/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rope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/roʊp/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routine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/ˈroutine/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/roʊ/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rows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/ˈrows/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rsvp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/ˌɑːr es viː ˈpiː/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rule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/ruːl/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rules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/ˈrules/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rumor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/ˈrumor/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rumors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/ˈrumors/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run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/ˈrun/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runner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/ˈrunner/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running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/ˈrunning/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runs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/ˈruns/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runway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/ˈrʌnweɪ/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rustle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/ˈrʌsəl/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rustling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/ˈrustling/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s'more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/smɔːr/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s'mores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/smɔːrz/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/ˈsack/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sack race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/sæk reɪs/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/sæd/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safari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/səˈfɑːri/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safe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/ˈsafe/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safety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/ˈsafety/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safety bar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/ˈseɪfti bɑːr/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safety goggles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/ˈseɪfti ˈɡɑːɡəlz/</w:t>
              <w:br/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said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/ˈsaid/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salad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/ˈsæləd/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/ˈsale/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sales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/ˈsales/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salmon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/ˈsalmon/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salt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/sɔːlt/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/ˈsam/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/ˈsame/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sample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/ˈsæmpəl/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sandcastle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/ˈsændkæsəl/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sandwich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/ˈsandwich/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santa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/ˈsanta/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santa claus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/ˈsæntə klɔːz/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sarah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/ˈsarah/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saturdays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/ˈsaturdays/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sauce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/ˈsauce/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sauces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/ˈsauces/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/seɪv/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saves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/ˈsaves/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saving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/ˈsaving/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savings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/ˈsavings/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savings account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/ˈseɪvɪŋz əˈkaʊnt/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savings goal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/ˈseɪvɪŋz ɡoʊl/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/ˈsay/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saying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/ˈsaying/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says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/ˈsays/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scan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/ˈscan/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scare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/ˈscare/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scared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/ˈscared/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scares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/ˈscares/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scarf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/skɑːrf/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scary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/ˈscary/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scavenger hunt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/ˈskævɪndʒər hʌnt/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scene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/ˈscene/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schedule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/ˈskedʒuːl/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school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/skuːl/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school colors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/skuːl ˈkʌlərz/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school supplies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/skuːl səˈplaɪz/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schoolwork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/ˈschoolwork/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science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/ˈscience/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science fair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/ˈsaɪəns fer/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science lab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/ˈsaɪəns læb/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scientific method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/ˌsaɪənˈtɪfɪk ˈmeθəd/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scissors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/ˈsɪzərz/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scoop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/ˈscoop/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score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/skɔːr/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scored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/ˈscored/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scrambled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/ˈscrambled/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screen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/skriːn/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screen time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/skriːn taɪm/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screens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/ˈscreens/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scrimmage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/ˈskrɪmɪdʒ/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/ˈsea/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sea urchin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/siː ˈɜːrtʃɪn/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/siːl/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seashell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/ˈsiːʃel/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/siːt/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seat belt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/siːt belt/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seatbelt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/ˈseatbelt/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seated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/ˈseated/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seats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/ˈseats/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second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/ˈsekənd/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seconds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/ˈseconds/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section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/ˈsekʃən/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secure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/ˈsecure/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security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/sɪˈkjʊrəti/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/siːd/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seedling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/ˈsiːdlɪŋ/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seeds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/ˈseeds/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seeing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/ˈseeing/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select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/ˈselect/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self-awareness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/ˌself əˈwernəs/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semicolon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/ˈsemicolon/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/ˈsend/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separate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/ˈsepəreɪt/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sequel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/ˈsiːkwəl/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server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/ˈserver/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serving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/ˈserving/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sesame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/ˈsesame/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session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/ˈsession/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set the table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/set ðə ˈteɪbəl/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setback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/ˈsetbæk/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setting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/ˈsetting/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seventh-inning stretch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/ˈsevənθ ˈɪnɪŋ stretʃ/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seventy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/ˈseventy/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several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/ˈseveral/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shade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/ˈshade/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shake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/ʃeɪk/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shallow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/ˈshallow/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shallow end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/ˈʃæloʊ end/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shampoo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/ʃæmˈpuː/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share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/ʃer/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share/donate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/ʃer/ /ˈdoʊneɪt/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shared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/ˈshared/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sharing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/ˈsharing/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shark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/ʃɑːrk/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sharks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/ˈsharks/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sharp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/ˈsharp/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sheets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/ˈsheets/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shelf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/ʃelf/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shells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/ˈshells/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shiny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/ˈshiny/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shirt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/ˈshirt/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shirts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/ˈshirts/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shoes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/ˈshoes/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shoot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/ʃuːt/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shooting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/ˈshooting/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shop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/ˈshop/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shopper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/ˈshopper/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shopping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/ˈshopping/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short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/ʃɔːrt/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shorter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/ˈshorter/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shorts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/ˈshorts/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shot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/ʃɑːt/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shot/vaccination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/ʃɑːt/ /ˌvæksɪˈneɪʃən/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shots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/ˈshots/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shovel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/ˈʃʌvəl/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/ˈshow/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showing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/ˈʃoʊɪŋ/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shows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/ˈshows/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showtime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/ˈʃoʊtaɪm/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showtimes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/ˈshowtimes/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shy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/ʃaɪ/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/ˈside/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side effect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/saɪd ɪˈfekt/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sidewalk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/ˈsaɪdwɔːk/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sign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/saɪn/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sign 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/saɪn 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signals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/ˈsignals/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signature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/ˈsɪɡnətʃər/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signs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/ˈsigns/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silverware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/ˈsɪlvərwer/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simple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/ˈsimple/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simulator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/ˈsimulator/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singing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/ˈsinging/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single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/ˈsingle/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single file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/ˈsɪŋɡəl faɪl/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sink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/sɪŋk/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sister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/ˈsister/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/ˈsit/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sites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/ˈsites/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sitting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/ˈsitting/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size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/ˈsize/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skeleton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/ˈskelɪtən/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skeletons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/ˈskeletons/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skill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/ˈskill/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skills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/ˈskills/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skip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/ˈskip/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skit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/skɪt/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sky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/ˈsky/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sleep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/ˈsleep/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sleeping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/ˈsleeping/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sleeping bag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/ˈsliːpɪŋ bæɡ/</w:t>
              <w:br/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sleepover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/ˈsliːpoʊvər/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sleepy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/ˈsleepy/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sleigh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/sleɪ/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slice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/slaɪs/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slide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/ˈslide/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slimy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/ˈslimy/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slip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/ˈslip/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slippery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/ˈslippery/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slot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/ˈslot/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slow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/ˈslow/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slow down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/sloʊ daʊn/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slowly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/ˈslowly/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small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/ˈsmall/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smaller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/ˈsmaller/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smart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/ˈsmart/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smells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/ˈsmells/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smile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/smaɪl/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smith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/ˈsmith/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smiths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/ˈsmiths/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smooth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/smuːð/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smoothie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/ˈsmuːði/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smoothies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/ˈsmoothies/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smoothly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/ˈsmoothly/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snack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/snæk/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snacks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/ˈsnacks/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snooze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/ˈsnooze/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snow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/snoʊ/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snowball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/ˈsnoʊbɔːl/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snowed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/ˈsnowed/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snowman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/ˈsnoʊmæn/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snowy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/ˈsnoʊi/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snugly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/ˈsnugly/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soap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/ˈsoap/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/sɔːr/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soccer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/ˈsoccer/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social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/ˈsocial/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social media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/ˈsoʊʃəl ˈmiːdiə/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socks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/ˈsocks/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soda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/ˈsoda/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soil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/sɔɪl/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solar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/ˈsolar/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sold out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/soʊld aʊt/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solve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/ˈsolve/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solving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/ˈsolving/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someone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/ˈsomeone/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something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/ˈsomething/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sometimes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/ˈsometimes/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songs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/ˈsongs/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/ˈsoon/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sorry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/ˈsɑːri/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/sɔːrt/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sound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/ˈsound/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sounds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/ˈsounds/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soundtrack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/ˈsoundtrack/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sources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/ˈsources/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sourdough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/ˈsourdough/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souvenir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/ˌsuːvəˈnɪr/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space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/ˈspace/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spaghetti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/ˈspaghetti/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sparkler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/ˈspɑːrklər/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spay/neuter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/speɪ/ /ˈnuːtər/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special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/ˈspecial/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specials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/ˈspecials/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species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/ˈspiːʃiːz/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speed up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/spiːd ʌp/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spelling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/ˈspelling/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spend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/spend/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spending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/ˈspending/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spf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/ˌes piː ˈef/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spider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/ˈspider/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spirit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/ˈspɪrɪt/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spirit week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/ˈspɪrɪt wiːk/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/ˈspit/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splash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/splæʃ/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splash zone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/splæʃ zoʊn/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spooky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/ˈspuːki/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spoon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/spuːn/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spoons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/ˈspoons/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sport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/ˈsport/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sports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/ˈsports/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spot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/spɑːt/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spotlight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/ˈspɑːtlaɪt/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spray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/spreɪ/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spread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/ˈspread/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spreading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/ˈspreading/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sprout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/spraʊt/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sprouts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/ˈsprouts/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squeaky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/ˈsqueaky/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squeegee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/ˈskwiːdʒiː/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squirrel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/ˈskwɜːrəl/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squirrels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/ˈsquirrels/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/stæk/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stadium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/ˈsteɪdiəm/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/steɪdʒ/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stage fright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/steɪdʒ fraɪt/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/ˈstain/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stake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/steɪk/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stakes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/steɪks/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stamp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/stæmp/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stamps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/ˈstamps/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standing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/ˈstanding/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/stɑːr/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starfish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/ˈstɑːrfɪʃ/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/ˈstars/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stars and stripes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/stɑːrz ənd straɪps/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/ˈstart/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started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/ˈstarted/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starting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/ˈstarting/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starts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/ˈstarts/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starving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/ˈstarving/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statement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/ˈsteɪtmənt/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/ˈstay/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staying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/ˈstaying/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steady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/ˈsteady/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steal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/ˈsteal/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step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/ˈstep/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steps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/ˈsteps/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stethoscope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/ˈsteθəskoʊp/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stick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/stɪk/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sticker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/ˈsticker/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stickers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/ˈstickers/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sticks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/ˈsticks/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still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/ˈstill/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stingray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/ˈstɪŋreɪ/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stocking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/ˈstɑːkɪŋ/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stones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/ˈstones/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stop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/ˈstop/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stops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/ˈstops/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store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/ˈstore/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stores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/ˈstores/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stories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/ˈstories/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storm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/stɔːrm/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story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/ˈstory/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story time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/ˈstɔːri taɪm/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storytime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/ˈstorytime/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/ˈstow/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strange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/ˈstrange/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stranger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/ˈstreɪndʒər/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strawberries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/ˈstrawberries/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strawberry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/ˈstrɔːberi/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street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/ˈstreet/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strengths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/ˈstrengths/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stress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/ˈstress/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stretch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/stretʃ/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stretching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/ˈstretching/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strike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/straɪk/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string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/strɪŋ/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striped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/straɪpt/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strong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/ˈstrong/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stuck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/ˈstuck/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student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/ˈstudent/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study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/ˈstudy/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stuff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/ˈstuff/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stuffed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/ˈstuffed/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stuffed animal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/stʌft ˈænɪməl/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stuffing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/ˈstʌfɪŋ/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style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/staɪl/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styling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/ˈstyling/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stylist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/ˈstaɪlɪst/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subject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/ˈsubject/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subtitles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/ˈsʌbtaɪtəlz/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/ˈsuch/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sugar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/ˈsugar/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suitcase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/ˈsuːtkeɪs/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summary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/ˈsʌməri/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summer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/ˈsummer/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summer break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/ˈsʌmər breɪk/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summer camp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/ˈsʌmər kæmp/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summer vacation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/ˈsʌmər veɪˈkeɪʃən/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/ˈsun/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sunglasses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/ˈsunglasses/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sunlight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/ˈsunlight/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sunny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/ˈsʌni/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sunscreen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/ˈsʌnskriːn/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sunset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/ˈsʌnset/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super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/ˈsuper/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superhero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/ˈsuːpərˌhɪroʊ/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supplies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/ˈsupplies/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supply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/ˈsupply/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support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/səˈpɔːrt/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supportive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/səˈpɔːrtɪv/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/ˈsure/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survive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/ˈsurvive/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swallow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/ˈswallow/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sweet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/swiːt/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sweetie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/ˈsweetie/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swim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/swɪm/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swimmer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/ˈswimmer/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swimming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/ˈswimming/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swimsuit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/ˈswɪmsuːt/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swing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/swɪŋ/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swinging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/ˈswinging/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swings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/ˈswings/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swoop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/swuːp/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swooping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/ˈswooping/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symptom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/ˈsɪmptəm/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symptoms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/ˈsymptoms/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syrup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/ˈsyrup/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t-rex (tyrannosaurus rex)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/ˌtiː reks/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table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/ˈtable/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tablespoon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/ˈteɪbəlˌspuːn/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tablespoons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/ˈtablespoons/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tablet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/ˈtæblət/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tackle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/ˈtackle/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tacos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/ˈtacos/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/tæɡ/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tags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/ˈtags/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tail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/teɪl/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take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/ˈtake/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take turns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/teɪk tɜːrnz/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takeoff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/ˈteɪkɔːf/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takes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/ˈtakes/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/ˈtaking/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talent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/ˈtælənt/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talent show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/ˈtælənt ʃoʊ/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talented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/ˈtæləntɪd/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talents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/ˈtalents/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talk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/ˈtalk/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talking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/ˈtalking/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/ˈtall/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taller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/ˈtaller/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tambourine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/ˌtæmbəˈriːn/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tank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/tæŋk/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tanks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/ˈtanks/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/ˈtap/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/ˈtart/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taste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/ˈtaste/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tastes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/ˈtastes/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teach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/ˈteach/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teacher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/ˈtiːtʃər/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teachers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/ˈteachers/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teaches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/ˈteaches/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teaching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/ˈteaching/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team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/tiːm/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teams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/ˈteams/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teamwork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/ˈtiːmwɜːrk/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technique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/ˈtechnique/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teddy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/ˈteddy/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teeth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/tiːθ/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/ˈtell/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teller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/ˈtelər/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tells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/ˈtells/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temperature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/ˈtemprətʃər/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/ˈten/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tension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/ˈtenʃən/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/tent/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terminal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/ˈtɜːrmɪnəl/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/ˈtest/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tested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/ˈtested/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text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/ˈtext/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thank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/ˈthank/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thank you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/θæŋk juː/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thank-you note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/θæŋk juː noʊt/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thankful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/ˈθæŋkfəl/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thanks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/ˈthanks/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thanksgiving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/ˌθæŋksˈɡɪvɪŋ/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theater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/ˈtheater/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theater/cinema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/ˈθiːətər/ /ˈsɪnəmə/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theme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/θiːm/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/ˈthen/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there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/ˈthere/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thermometer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/θərˈmɑːmɪtər/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/ˈthing/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things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/ˈthings/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think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/ˈthink/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thinking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/ˈthinking/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thirsty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/ˈthirsty/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thirty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/ˈthirty/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thought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/ˈthought/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thoughtful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/ˈθɔːtfəl/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thousands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/ˈthousands/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thrill ride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/θrɪl raɪd/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throat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/θroʊt/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throw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/ˈthrow/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thunder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/ˈθʌndər/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thursday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/ˈthursday/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ticket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/ˈtɪkɪt/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tickets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/ˈtickets/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tide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/taɪd/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tidy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/ˈtaɪdi/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tied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/ˈtied/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tiger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/ˈtaɪɡər/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tight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/ˈtight/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time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/taɪm/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timeline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/ˈtimeline/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timer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/ˈtimer/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times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/ˈtimes/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tip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/ˈtip/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tire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/ˈtaɪər/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tire pressure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/ˈtaɪər ˈpreʃər/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tired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/ˈtired/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tires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/ˈtires/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tissues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/ˈtissues/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toast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/ˈtoast/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toasted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/ˈtoasted/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toaster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/ˈtoaster/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today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/ˈtoday/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together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/təˈɡeðər/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toiletries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/ˈtɔɪlətriz/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toiletry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/ˈtoiletry/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tomato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/təˈmeɪtoʊ/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tomatoes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/ˈtomatoes/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tomorrow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/ˈtomorrow/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tonight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/ˈtonight/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too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/ˈtoo/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took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/ˈtook/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tooth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/ˈtooth/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toothbrush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/ˈtuːθbrʌʃ/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toothpaste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/ˈtuːθpeɪst/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/ˈtop/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topic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/ˈtopic/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tops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/ˈtops/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tortillas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/ˈtortillas/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/ˈtoss/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total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/ˈtotal/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totally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/ˈtotally/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touch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/ˈtouch/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touch tank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/tʌtʃ tæŋk/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touch typing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/tʌtʃ ˈtaɪpɪŋ/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towel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/ˈtaʊəl/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towels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/ˈtowels/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tower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/ˈtower/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toys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/ˈtoys/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trace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/ˈtrace/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track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/træk/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tracking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/ˈtracking/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tracking number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/ˈtrækɪŋ ˈnʌmbər/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tracks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/ˈtracks/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trade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/ˈtrade/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tradition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/trəˈdɪʃən/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traffic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/ˈtræfɪk/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trail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/treɪl/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trailer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/ˈtreɪlər/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trailers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/ˈtrailers/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train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/ˈtrain/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trainers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/ˈtrainers/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training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/ˈtraining/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training wheels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/ˈtreɪnɪŋ wiːlz/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transaction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/trænˈzækʃən/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trash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/ˈtrash/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travel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/ˈtrævəl/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tread water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/tred ˈwɔːtər/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treasure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/ˈtreasure/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treat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/triːt/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tree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/ˈtree/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trees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/ˈtrees/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trial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/ˈtraɪəl/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triangle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/ˈtriangle/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trick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/ˈtrick/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trick-or-treat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/ˌtrɪk ɔːr ˈtriːt/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tricks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/ˈtricks/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tried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/ˈtried/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trim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/trɪm/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trip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/trɪp/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trouble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/ˈtrouble/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trowel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/ˈtraʊəl/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true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/ˈtrue/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trunk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/trʌŋk/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trunks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/ˈtrunks/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/ˈtry/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try your best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/traɪ jər best/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tsa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/ˌtiː es ˈeɪ/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tube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/ˈtube/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tuck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/ˈtuck/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tuesday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/ˈtuesday/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tug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/tʌɡ/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tug-of-war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/ˌtʌɡ əv ˈwɔːr/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tugging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/ˈtugging/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turkey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/ˈtɜːrki/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turn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/tɜːrn/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turning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/ˈturning/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turns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/ˈturns/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tuxedos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/ˈtuxedos/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twelve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/ˈtwelve/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twice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/ˈtwice/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twin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/ˈtwin/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twin day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/twɪn deɪ/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twinkle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/ˈtwinkle/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twins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/ˈtwins/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type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/taɪp/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typing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/ˈtyping/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</w:tbl>
    <w:sectPr w:rsidR="00FC693F" w:rsidRPr="0006063C" w:rsidSect="00034616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