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machine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/ˈmachine/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machinery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/ˈmachinery/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/ˈmade/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magazines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/ˈmagazines/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magic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/ˈmagic/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magic trick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/ˈmædʒɪk trɪk/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/ˈmail/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mailbox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/ˈmeɪlbɑːks/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mailman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/ˈmeɪlmæn/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maintenance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/ˈmaintenance/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/ˈmake/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make the bed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/meɪk ðə bed/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make 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/meɪk ʌp/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makes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/ˈmakes/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mallet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/ˈmælɪt/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mallets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/ˈmallets/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mammal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/ˈmæməl/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management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/ˈmanagement/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/ˈmany/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marching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/ˈmarching/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marching band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/ˈmɑːrtʃɪŋ bænd/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marco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/ˈmarco/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marine life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/məˈriːn laɪf/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markers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/ˈmarkers/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/ˈmarks/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marshmallow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/ˈmɑːrʃmeloʊ/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marshmallows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/ˈmarshmallows/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mascot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/ˈmæskɑːt/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/ˈmash/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mashed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/ˈmashed/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mashed potatoes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/mæʃt pəˈteɪtoʊz/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masher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/ˈmasher/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mask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/mæsk/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masks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/ˈmasks/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/ˈmatch/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material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/məˈtɪriəl/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materials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/ˈmaterials/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matinee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/ˌmætɪˈneɪ/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/ˈmætər/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matters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/ˈmatters/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/ˈmature/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maybe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/ˈmaybe/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/ˈmeal/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/ˈmean/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/ˈmeans/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/ˈmeʒər/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measurement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/ˈmeʒərmənt/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/ˈmeat/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meatballs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/ˈmeatballs/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medical history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/ˈmedɪkəl ˈhɪstəri/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medication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/ˌmedɪˈkeɪʃən/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medicine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/ˈmedicine/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medium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/ˈmedium/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/ˈmeet/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melody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/ˈmelədi/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melt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/melt/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members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/ˈmembers/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memories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/ˈmemories/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memorize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/ˈmeməraɪz/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memory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/ˈmeməri/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menu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/ˈmenu/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menus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/ˈmenus/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merrier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/ˈmerrier/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/ˈmerry/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merry christmas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/ˈmeri ˈkrɪsməs/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/ˈmess/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messy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/ˈmesi/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microphone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/ˈmaɪkrəfoʊn/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microwave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/ˈmicrowave/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middle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/ˈmɪdəl/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midnight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/ˈmɪdnaɪt/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migrate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/ˈmaɪɡreɪt/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milk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/ˈmilk/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/ˈmine/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mineral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/ˈmɪnərəl/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minerals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/ˈminerals/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minute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/ˈmɪnɪt/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minute hand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/ˈmɪnɪt hænd/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minutes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/ˈminutes/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mirror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/ˈmɪrər/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mistake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/mɪˈsteɪk/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mistakes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/ˈmistakes/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mistletoe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/ˈmɪsəltoʊ/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/ˈmix/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mixing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/ˈmixing/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mobile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/ˈmobile/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models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/ˈmodels/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moisture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/ˈmoisture/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molar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/ˈmoʊlər/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/ˈmoment/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monarch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/ˈmonarch/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monarch butterfly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/ˈmɑːnərk ˈbʌtərflaɪ/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/ˈmonday/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/ˈmʌni/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monkey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/ˈmʌŋki/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monkeys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/ˈmonkeys/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montana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/ˈmontana/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/ˈmonth/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months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/ˈmonths/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/ˈmop/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/ˈmore/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morning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/ˈmorning/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/ˈmost/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mother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/ˈmother/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mouse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/maʊs/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mouth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/ˈmouth/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mouthwash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/ˈmaʊθwɑːʃ/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/muːv/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move 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/muːv ʌp/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/ˈmoved/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/ˈmovie/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movie night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/ˈmuːvi naɪt/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movie/film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/ˈmuːvi/ /fɪlm/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/ˈmovies/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mozzarella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/ˈmozzarella/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/ˈmuch/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muffin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/ˈmʌfɪn/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muffins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/ˈmuffins/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muscle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/ˈmʌsəl/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muscles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/ˈmuscles/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museum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/mjuːˈziːəm/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museums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/ˈmuseums/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/ˈmusic/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music class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/ˈmjuːzɪk klæs/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musical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/ˈmusical/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musical chairs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/ˈmjuːzɪkəl tʃerz/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musician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/mjuˈzɪʃən/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musicians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/ˈmusicians/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mystery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/ˈmɪstəri/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/ˈname/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name tag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/neɪm tæɡ/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named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/ˈnamed/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napkin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/ˈnæpkɪn/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napkins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/ˈnapkins/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nasa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/ˈnasa/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nationally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/ˈnationally/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native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/ˈnative/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natural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/ˈnatural/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/ˈnature/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nature walk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/ˈneɪtʃər wɔːk/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navy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/ˈnavy/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nearby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/ˈnearby/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/ˈneat/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neatly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/ˈneatly/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needle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/ˈniːdəl/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needs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/ˈneeds/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neighborhood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/ˈneɪbərh hʊd/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nervous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/ˈnɜːrvəs/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/ˈnever/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/ˈnew/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next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/ˈnext/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next year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/nekst jɪr/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/ˈnice/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nickel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/ˈnɪkəl/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/ˈnight/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nights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/ˈnights/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nocturnal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/nɑːkˈtɜːrnəl/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noise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/ˈnoise/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noisy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/ˈnoisy/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nonfiction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/nɑːnˈfɪkʃən/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/nuːn/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normal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/ˈnormal/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normal wash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/ˈnɔːrməl wɑːʃ/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/ˈnose/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/noʊt/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notebooks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/ˈnotebooks/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/ˈnow/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nozzle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/ˈnɑːzəl/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number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/ˈnumber/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numbers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/ˈnumbers/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nurse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/nɜːrs/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nutrient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/ˈnuːtriənt/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nutrients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/ˈnutrients/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o'clock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/əˈklɑːk/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oatmeal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/ˈoatmeal/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observation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/ˌɑːbzərˈveɪʃən/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occasion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/ˈoccasion/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ocean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/ˈocean/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octane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/ˈɑːkteɪn/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octopus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/ˈɑːktəpəs/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off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/ˈoff/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often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/ˈoften/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okay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/ˈokay/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/ˈold/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older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/ˈolder/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ones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/ˈones/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online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/ˈɑːnlaɪn/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online banking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/ˈɔnlaɪn ˈbæŋkɪŋ/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only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/ˈonly/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open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/ˈoʊpən/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open field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/ˈoʊpən fiːld/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operate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/ˈoperate/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operator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/ˈɑːpəreɪtər/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opportunities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/ˈopportunities/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opportunity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/ˌɑːpərˈtuːnəti/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options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/ˈoptions/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orange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/ˈorange/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/ˈorder/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ordered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/ˈordered/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organization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/ˈorganization/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organize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/ˈɔːrɡənaɪz/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organized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/ˈorganized/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organizing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/ˈorganizing/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ornament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/ˈɔːrnəmənt/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other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/ˈother/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others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/ˈothers/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ouch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/ˈouch/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outer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/ˈouter/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outfit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/ˈaʊtfɪt/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outfits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/ˈoutfits/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outside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/ˈoutside/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/ˈʌvən/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/ˈovens/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over-the-counter (otc)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/ˌoʊvər ðə ˈkaʊntər/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overall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/ˈoverall/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overdue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/ˌoʊvərˈduː/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overfill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/ˌoʊvərˈfɪl/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overhead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/ˈoverhead/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overhead bin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/ˌoʊvərˈhed bɪn/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overwhelming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/ˈoverwhelming/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owe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/ˈowe/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owl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/aʊl/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owls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/ˈowls/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own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/ˈown/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/pæk/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package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/ˈpækɪdʒ/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packages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/ˈpackages/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packed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/ˈpacked/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packet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/ˈpacket/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packing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/ˈpacking/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packing list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/ˈpækɪŋ lɪst/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paddle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/ˈpaddle/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painkiller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/ˈpeɪnkɪlər/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paint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/ˈpaint/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pairs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/ˈpairs/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pajama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/ˈpajama/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pajama 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/pəˈdʒɑːmə 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pajamas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/pəˈdʒɑːməz/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paleontologists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/ˈpaleontologists/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pancakes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/ˈpancakes/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pandas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/ˈpandas/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/ˈpaper/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papers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/ˈpapers/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parade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/pəˈreɪd/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/ˈparents/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/ˈpark/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parked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/ˈparked/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participation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/pɑːrˌtɪsɪˈpeɪʃn/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partner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/ˈpɑːrtnər/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/ˈpɑːrti/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party favor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/ˈpɑːrti ˈfeɪvər/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party hat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/ˈpɑːrti hæt/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/pæs/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passes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/ˈpasses/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/ˈpassing/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passionate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/ˈpassionate/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password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/ˈpæswɜːrd/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pasta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/ˈpasta/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pastry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/ˈpeɪstri/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patriot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/ˈpeɪtriət/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patriotic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/ˌpeɪtriˈɑːtɪk/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pattern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/ˈpætərn/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pause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/pɔːz/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pay at the pump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/peɪ æt ðə pʌmp/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 (physical education)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/ˌpiː ˈiː/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peanut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/ˈpeanut/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peanuts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/ˈpeanuts/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/pek/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pecking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/ˈpecking/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pedal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/ˈpedəl/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/peɡ/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pellets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/ˈpellets/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pencil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/ˈpencil/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pencils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/ˈpencils/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penguin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/ˈpeŋɡwɪn/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penguins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/ˈpenguins/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pennies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/ˈpennies/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penny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/ˈpeni/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people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/ˈpeople/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/ˈpep/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pep rally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/pep ˈræli/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pepper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/ˈpepər/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perfect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/ˈperfect/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perfectly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/ˈperfectly/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perform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/pərˈfɔːrm/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performer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/ˈperformer/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performing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/ˈperforming/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permanent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/ˈpermanent/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permanent tooth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/ˈpɜːrmənənt tuːθ/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permission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/pərˈmɪʃən/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person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/ˈperson/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personal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/ˈpersonal/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personal information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/ˈpɜːrsənəl ˌɪnfərˈmeɪʃən/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perspective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/pərˈspektɪv/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/pet/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petal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/ˈpetəl/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petals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/ˈpetals/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petting zoo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/ˈpetɪŋ zuː/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pharmacist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/ˈfɑːrməsɪst/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pharmacy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/ˈfɑːrməsi/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phew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/ˈphew/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phone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/ˈphone/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photography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/ˈphotography/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photos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/ˈphotos/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physical exam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/ˈfɪzɪkəl ɪɡˈzæm/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/ˈpick/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picking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/ˈpicking/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pickup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/ˈpickup/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picnic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/ˈpɪknɪk/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picture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/ˈpicture/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piece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/ˈpiece/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pieces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/ˈpieces/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pigtails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/ˈpɪɡteɪlz/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pilgrim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/ˈpɪlɡrɪm/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pilgrims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/ˈpilgrims/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pillow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/ˈpɪloʊ/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pillows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/ˈpillows/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pills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/ˈpills/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pin the tail on the donkey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/pɪn ðə teɪl ɑːn ðə ˈdɑːŋki/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pinch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/ˈpinch/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/pɪtʃ/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pizza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/ˈpizza/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piñata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/pɪnˈjɑːtə/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place setting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/pleɪs ˈsetɪŋ/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placemat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/ˈpleɪsmæt/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/ˈplænɪt/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planetarium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/ˌplænɪˈteriəm/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/ˈplanets/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planned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/ˈplanned/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/ˈplanner/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/ˈplanning/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/plænt/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plastic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/ˈplastic/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/pleɪt/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platters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/ˈplatters/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/pleɪ/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played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/ˈplayed/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player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/ˈpleɪər/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playful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/ˈplayful/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playground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/ˈplayground/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playing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/ˈplaying/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please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/ˈplease/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plenty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/ˈplenty/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/ˌpiː ˈem/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 box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/piː oʊ bɑːks/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pocket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/ˈpɑːkɪt/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pockets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/ˈpockets/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point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/ˈpoint/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pointing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/ˈpointing/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/poʊl/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polish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/ˈpɑːlɪʃ/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polisher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/ˈpolisher/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polo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/ˈpolo/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pomodoro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/ˈpomodoro/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ponytail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/ˈpoʊniteɪl/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pool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/puːl/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/ˈpop/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popcorn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/ˈpɑːpkɔːrn/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popular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/ˈpopular/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position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/ˈposition/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positive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/ˈpositive/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post office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/poʊst ˈɔːfɪs/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postage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/ˈpoʊstɪdʒ/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postcard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/ˈpoʊstkɑːrd/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/ˈpoʊstər/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posters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/ˈposters/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potatoes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/ˈpotatoes/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pounds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/ˈpounds/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pour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powdered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/ˈpowdered/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power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/ˈpower/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power line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/ˈpaʊər laɪn/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practice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/ˈpræktɪs/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practiced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/ˈpracticed/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practicing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/ˈpracticing/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predicts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/ˈpredicts/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prehistoric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/ˌpriːhɪˈstɔːrɪk/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premiere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/prɪˈmɪr/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prepare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/ˈprepare/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prescription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/prɪˈskrɪpʃən/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/ˈprezənt/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present/gift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/ˈprezənt/ /ɡɪft/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presentation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/ˌprezənˈteɪʃən/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/ˈpresents/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preservation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/ˌprezərˈveɪʃən/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/ˈpress/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/ˈpressing/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/ˈpressure/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pretend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/ˈpretend/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pretty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/ˈpretty/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prevent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/ˈprevent/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preview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/ˈpriːvjuː/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preview/trailer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/ˈpriːvjuː/ /ˈtreɪlər/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previews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/ˈpreviews/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/ˈprices/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/ˈpride/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primate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/ˈpraɪmeɪt/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principal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/ˈprɪnsəpəl/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/ˈprints/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priority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/ˈpriority/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priority mail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/praɪˈɔːrəti meɪl/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privacy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/ˈpraɪvəsi/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/ˈprize/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probably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/ˈprobably/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problem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/ˈproblem/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problem-solving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/ˈprɑːbləm ˈsɑːlvɪŋ/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procedure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/prəˈsiːdʒər/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program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/ˈproʊɡræm/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programs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/ˈprograms/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progress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/ˈprogress/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project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/ˈproject/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projects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/ˈprojects/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/prɑːp/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protect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/ˈprotect/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proud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/praʊd/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puddle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/ˈpʌdəl/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puddles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/ˈpuddles/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pulling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/ˈpulling/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pump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/pʌmp/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pumpkin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/ˈpʌmpkɪn/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pumpkin pie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/ˈpʌmpkɪn paɪ/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puppies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/ˈpuppies/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puppy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/ˈpʌpi/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purchase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/ˈpurchase/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purple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/ˈpurple/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/ˈpush/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pushed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/ˈpushed/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putting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/ˈputting/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puzzle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/ˈpʌzəl/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puzzles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/ˈpuzzles/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851"/>
          </w:tcPr>
          <w:p/>
        </w:tc>
      </w:tr>
    </w:tbl>
    <w:sectPr w:rsidR="00FC693F" w:rsidRPr="0006063C" w:rsidSect="0003461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