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ibuprofen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/ˈibuprofen/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ice machine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/aɪs məˈʃiːn/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/ˈaɪsɪŋ/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icon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/ˈaɪkɑːn/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idea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/ˈidea/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ideas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/ˈideas/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identify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/ˈidentify/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illustration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/ˌɪləˈstreɪʃən/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immediately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/ˈimmediately/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important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/ˈimportant/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improved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/ˈimproved/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improvement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/ɪmˈpruːvmənt/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inches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/ˈinches/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include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/ɪnˈkluːd/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including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/ˈincluding/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independence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/ˌɪndɪˈpendəns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inflate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/ˈinflate/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information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/ˈinformation/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ingredient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/ɪnˈɡriːdiənt/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ingredients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/ˈingredients/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injuries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/ˈinjuries/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injury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/ˈɪndʒəri/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insect repellent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/ˈɪnsekt rɪˈpelənt/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insert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/ˈinsert/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/ˈinside/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inside voice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/ɪnˈsaɪd vɔɪs/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instead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/ˈinstead/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instructions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/ˈinstructions/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instrument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/ˈɪnstrəmənt/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instruments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/ˈinstruments/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insurance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/ɪnˈʃʊrəns/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intelligent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/ˈintelligent/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interactions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/ˈinteractions/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interactive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/ˌɪntərˈæktɪv/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/ˈɪntrəst/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interesting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/ˈinteresting/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internet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/ˈɪntərnet/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introduce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/ˌɪntrəˈduːs/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introducing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/ˈintroducing/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introduction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/ˌɪntrəˈdʌkʃən/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introductions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/ˈintroductions/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invitation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/ˌɪnvɪˈteɪʃən/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invitations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/ˈinvitations/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invite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/ɪnˈvaɪt/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inviting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/ˈinviting/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issue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/ˈissue/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items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/ˈitems/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jack-o'-lantern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/ˌdʒæk ə ˈlæntərn/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jacket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/ˈjacket/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jays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/ˈjays/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jelly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/ˈjelly/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jellyfish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/ˈdʒelifɪʃ/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jingle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/ˈdʒɪŋɡəl/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jingles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/ˈjingles/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/ˈjob/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johnson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/ˈjohnson/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/dʒɔɪn/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joining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/ˈjoining/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jordan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/ˈjordan/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journal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/ˈdʒɜːrnəl/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judge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/dʒʌdʒ/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juice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/ˈjuice/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/ˈjuly/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jumbotron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/ˈdʒʌmboʊtrɑːn/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jump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/ˈjump/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jumping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/ˈjumping/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jumps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/ˈjumps/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just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/ˈjust/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keep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/ˈkeep/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keeping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/ˈkeeping/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keeps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/ˈkeeps/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kelp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/kelp/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ketchup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/ˈketchup/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keyboard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/ˈkiːbɔːrd/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keys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/ˈkeys/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/ˈkick/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kickball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/ˈkickball/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kickboard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/ˈkɪkbɔːrd/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kicking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/ˈkicking/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kindness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/ˈkaɪndnəs/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kiosk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/ˈkiosk/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kitchen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/ˈkitchen/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/kaɪt/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/ˈkites/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kitten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/ˈkɪtən/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/ˈknee/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knees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/ˈknees/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knife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/naɪf/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knives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/ˈknives/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know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/ˈknow/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/ˈlab/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label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/ˈleɪbəl/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/ˈlændɪŋ/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/leɪn/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lantern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/ˈlæntərn/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large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/ˈlarge/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last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/læst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/ˈlater/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launch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/lɔːntʃ/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laundry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/ˈlɔːndri/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layers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/ˈleɪərz/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layover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/ˈleɪoʊvər/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lazy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/ˈlazy/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lazy river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/ˈleɪzi ˈrɪvər/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/ˈleads/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/ˈlearn/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learned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/ˈlearned/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learning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/ˈlearning/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/liːʃ/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leave no trace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/liːv noʊ treɪs/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/ˈleaves/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leaving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/ˈleaving/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left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/ˈleft/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leftovers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/ˈleftovərz/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/ˈlegs/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/let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lettuce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/ˈletɪs/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librarian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/laɪˈbreriən/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library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/ˈlibrary/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library card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/ˈlaɪbreri kɑːrd/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/ˈlife/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lifeguard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/ˈlaɪfɡɑːrd/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lift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/ˈlift/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/ˈlight/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light (colors)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lightning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/ˈlaɪtnɪŋ/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lights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/laɪts/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/ˈlike/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limited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/ˈlimited/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lines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/ˈlines/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/ˈlaɪən/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/ˈlist/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listen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/ˈlisten/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listening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/ˈlistening/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litter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/ˈlitter/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litter 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/ˈlɪtər bɑːks/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little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/ˈlittle/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lived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/ˈlived/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living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/ˈliving/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/loʊd/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loaf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/loʊf/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/loʊn/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lobby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/ˈlɑːbi/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located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/ˈlocated/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locker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/ˈlɑːkər/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log out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/lɔːɡ aʊt/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/lɔːŋ/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longer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/ˈlonger/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/ˈlook/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/ˈlooking/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/ˈlooks/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/ˈloose/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loosen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/ˈloosen/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/ˈlose/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loser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/ˈluːzər/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/ˈlost/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loud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/ˈloud/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love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/ˈlove/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lucky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/ˈlucky/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luggage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/ˈlʌɡɪdʒ/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luggage cart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/ˈlʌɡɪdʒ kɑːrt/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/ˈlunch/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lunchbox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/ˈlʌntʃbɑːks/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lunchtime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/ˈlunchtime/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lungs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/lʌŋz/</w:t>
              <w:br/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