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/ˈɜːrli/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/ɜːrn/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eating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/ˈeating/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/ˈedge/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educated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/ˈeducated/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educational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/ˈeducational/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educational game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/ˌedʒuˈkeɪʃənəl ɡeɪm/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effects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/ˈeffects/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eggs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/ˈeggs/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electronics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/ˈelectronics/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elephant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/ˈelɪfənt/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elephants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/ˈelephants/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elevator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/ˈelɪveɪtər/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/elf/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else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/ˈelse/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/ˈemily/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/ˈemma/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emotion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/ɪˈmoʊʃən/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emotions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/ˈemotions/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empty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/ˈempty/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enclosure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/ɪnˈkloʊʒər/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encore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/ˈɑːŋkɔːr/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end of year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/end əv jɪr/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endangered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/ɪnˈdeɪndʒərd/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energy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/ˈenergy/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enjoy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/ˈenjoy/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enough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/ˈenough/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/ˈenter/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entertainer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/ˌentərˈteɪnər/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entrance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/ˈentrance/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envelope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/ˈenvəloʊp/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environment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/ˈenvironment/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equal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/ˈequal/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equation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/ˈequation/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escalator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/ˈescalator/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/ˈiːvən/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/ɪˈvent/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/ˈeveryday/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/ˈeveryone/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everything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/ˈeverything/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everywhere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/ˈeverywhere/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exactly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/ˈexactly/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/ɪɡˈzæm/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excellent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/ˈexcellent/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/ˈexcels/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exchange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/ˈexchange/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excited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/ɪkˈsaɪtɪd/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excused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/ˈexcused/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exercise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/ˈexercise/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exhibit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/ɪɡˈzɪbɪt/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exhibits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/ˈexhibits/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expensive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/ɪkˈspensɪv/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experience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/ˈexperience/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experiment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/ɪkˈsperɪmənt/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experiments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/ˈexperiments/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expiration date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/ˌekspəˈreɪʃən deɪt/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explain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/ˈexplain/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exploding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/ˈexploding/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explore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/ˈexplore/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express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/ɪkˈspres/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extra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/ˈextra/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eyes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/ˈeyes/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face paint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/feɪs peɪnt/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facts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/ˈfacts/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/ˈfair/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/ˈfake/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/ˈfall/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family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/ˈfæməli/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fancy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/ˈfancy/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fantasy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/ˈfæntəsi/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farther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/ˈfarther/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farthest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/ˈfarthest/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fast pass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/fæst pæs/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fasten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/ˈfasten/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favor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/ˈfeɪvər/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favorite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/ˈfavorite/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favorites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/ˈfavorites/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feedback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/ˈfeedback/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feeding time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/ˈfiːdɪŋ taɪm/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/ˈfeeds/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/ˈfeel/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/ˈfiːlɪŋz/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/ˈfeels/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/ˈfeet/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felt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/ˈfelt/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ferris wheel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/ˈferɪs wiːl/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fertilizer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/ˈfɜːrtəlaɪzər/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fetch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/ˈfetch/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fever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/ˈfiːvər/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/ˈfew/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fiction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/ˈfɪkʃən/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/ˈfield/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/fiːld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 guide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/fiːld ɡaɪd/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field trip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/fiːld trɪp/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fifteen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/ˈfifteen/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figures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/ˈfigures/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figuring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/ˈfiguring/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/faɪl/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/fɪl/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filling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/ˈfɪlɪŋ/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finale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/ˈfinale/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finally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/ˈfinally/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findings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/ˈfindings/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fingers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/ˈfingers/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/ˈfinish/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finish line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/ˈfɪnɪʃ laɪn/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finished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/ˈfinished/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 pit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/ˈfaɪər pɪt/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fireplace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/ˈfaɪərpleɪs/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fireworks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/ˈfaɪərwɜːrks/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/ˈfirst/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 aid kit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/fɜːrst eɪd kɪt/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 class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/fɜːrst klæs/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first 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/fɜːrst deɪ/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/fɪʃ/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/ˈfitting/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/ˈfives/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fizz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fizzing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/ˈfizzing/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/ˈflags/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/ˈflash/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flashlight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/ˈflæʃlaɪt/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flashlights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/ˈflashlights/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flavor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/ˈflavor/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flavors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/ˈflavors/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flew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/ˈflew/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flexible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/ˈfleksəbəl/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/ˈflies/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/flaɪt/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flight attendant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/flaɪt əˈtendənt/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flip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/flɪp/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/floʊt/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/ˈfloʊtiz/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floaties/water wings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/ˈfloʊtiz/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floats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/ˈfloats/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floor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/ˈfloor/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/flɔːs/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flossed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/ˈflossed/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flower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/ˈflower/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flowers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/ˈflowers/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fluff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/flʌf/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fluoride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/ˈflʊəraɪd/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/flaɪ/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flyer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/ˈflyer/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flying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/ˈflying/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focus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/ˈfocus/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focused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/ˈfocused/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/foʊld/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/ˈfolded/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/ˈfoʊldər/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/ˈfolders/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folding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/ˈfolding/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/ˈfollow/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follow through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/ˈfɑːloʊ θruː/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/ˈfood/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food bowl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/fuːd boʊl/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football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/ˈfootball/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forecast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/ˈfɔːrkæst/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forget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/ˈforget/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forgive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/fərˈɡɪv/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forgot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/ˈforgot/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/fɔːrk/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forks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/ˈforks/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fortunate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/ˈfɔːrtʃənət/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forward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/ˈforward/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fossil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/ˈfɑːsəl/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fossilized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/ˈfossilized/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fossils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/ˈfossils/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/ˈfoul/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foul ball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/faʊl bɔːl/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/ˈfound/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fourth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/ˈfourth/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fourth of july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/fɔːrθ əv dʒʊˈlaɪ/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fractions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/ˈfractions/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freedom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/ˈfriːdəm/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freeze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/ˈfreeze/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french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/ˈfrench/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fresh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/freʃ/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friday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/ˈfriday/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fridge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/ˈfridge/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/ˈfriend/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friendly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/ˈfrendli/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/ˈfriends/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frisbee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/ˈfrisbee/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/ˈfront/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front desk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/frʌnt desk/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frosting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/ˈfrosting/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frosting/icing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/ˈfrɔːstɪŋ/ /ˈaɪsɪŋ/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fruit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/ˈfruit/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frustrated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/ˈfrʌstreɪtɪd/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/ˈfjuːəl/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/ˈfull/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full-size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/fʊl saɪz/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funnel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/ˈfunnel/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funnel cake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/ˈfʌnəl keɪk/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funny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/ˈfunny/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/ˈfur/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furniture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/ˈfurniture/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future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/ˈfuture/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gallery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/ˈɡæləri/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gallon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/ˈɡælən/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gallons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/ˈgallons/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games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/ˈgames/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garden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/ˈgarden/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gardening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/ˈɡɑːrdənɪŋ/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/ɡæs/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gas cap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/ɡæs kæp/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gas station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/ɡæs ˈsteɪʃən/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gate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gather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/ˈgather/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generic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/dʒəˈnerɪk/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generous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/ˈdʒenərəs/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gentle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/ˈgentle/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gently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/ˈgently/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geode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/ˈdʒiːoʊd/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geology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/ˈgeology/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 along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/ɡet əˈlɔːŋ/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getting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/ˈgetting/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ghost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/ɡoʊst/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gift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/ˈgift/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gift shop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/ɡɪft ʃɑːp/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gifts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/ˈgifts/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gingerbread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/ˈdʒɪndʒərbred/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giraffe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/dʒəˈræf/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giraffes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/ˈgiraffes/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girl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/ˈgirl/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/ˈgive/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giving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/ˈgiving/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/ˈglad/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/ɡlæs/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glass case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/ɡlæs keɪs/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glasses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/ˈglasses/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glove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/ɡlʌv/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gloves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/ɡlʌvz/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/ɡloʊ/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/ˈglowing/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glows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/ˈglows/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gluten-free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/ˈɡluːtən friː/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/ˈgoal/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goggles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/ˈɡɑːɡəlz/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golden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/ˈgolden/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gone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/ˈgone/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goodie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/ˈgoodie/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goodie 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/ˈɡʊdi bæɡ/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goodnight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/ˈgoodnight/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/ˈgoody/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goody bag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/ˈɡʊdi bæɡ/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/ˈgot/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grab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/ɡræb/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grace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/ˈgrace/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/ɡreɪd/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graham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/ˈgraham/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 finale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/ɡrænd fɪˈnɑːli/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grandma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/ˈgrandma/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grandpa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/ˈgrandpa/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grandparents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/ˈgrandparents/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graph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/ɡræf/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grateful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/ˈɡreɪtfəl/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gratitude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/ˈɡrætɪtuːd/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gravy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/ˈɡreɪvi/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gray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/ˈgray/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/ˈgreat/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/ˈgreen/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grilled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/ˈgrilled/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grocery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/ˈgrocery/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groom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/ɡruːm/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ground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/ˈground/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group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/ˈgroup/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groups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/ˈgroups/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growing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/ˈgrowing/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grown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/ˈgrown/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guessing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/ˈguessing/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/ɡest/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guide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/ɡaɪd/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guided tour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/ˈɡaɪdɪd tʊr/</w:t>
              <w:br/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851"/>
        <w:gridCol w:w="1851"/>
        <w:gridCol w:w="1851"/>
        <w:gridCol w:w="1851"/>
        <w:gridCol w:w="1851"/>
        <w:gridCol w:w="1851"/>
      </w:tblGrid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guinea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/ˈguinea/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guinea pig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/ˈɡɪni pɪɡ/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gums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/ɡʌmz/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/ɡʌst/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guys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/ˈguys/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gym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/dʒɪm/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habitat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/ˈhæbɪtæt/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hair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hair gel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/her dʒel/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haircut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/ˈherkʌt/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half past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/hæf pæst/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hall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/ˈhall/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halloween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/ˌhæloʊˈiːn/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/ˈham/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hammer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/ˈhammer/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hamster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/ˈhæmstər/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hamsters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/ˈhamsters/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/ˈhand/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 signal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/hænd ˈsɪɡnəl/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handle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/ˈhændəl/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handlebar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/ˈhændəlbɑːr/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handling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/ˈhandling/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/ˈhands/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hands-on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/ˌhændz ˈɑːn/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hanger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/ˈhæŋər/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hangers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/ˈhangers/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/ˈhappen/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happened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/ˈhappened/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happens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/ˈhappens/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happy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/ˈhappy/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harder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/ˈharder/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hardest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/ˈhardest/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harmless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/ˈharmless/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harmony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/ˈhɑːrməni/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harvest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/ˈhɑːrvɪst/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haul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/hɔːl/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haunted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/ˈhaunted/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having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/ˈhaving/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headache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/ˈheadache/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health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/ˈhealth/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healthy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/ˈhelθi/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/ˈhear/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/ˈheard/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/hɑːrt/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heartbeat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/ˈheartbeat/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heavy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/ˈheavy/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height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height requirement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/haɪt rɪˈkwaɪərmənt/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hello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/ˈhello/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helmet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/ˈhelmɪt/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helmets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/ˈhelmets/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/help/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/ˈhelped/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/ˈhelping/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helps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/ˈhelps/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here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/ˈhere/</w:t>
              <w:br/>
            </w:r>
            <w:r>
              <w:rPr>
                <w:rFonts w:ascii="Arial" w:hAnsi="Arial"/>
                <w:sz w:val="12"/>
              </w:rPr>
              <w:t>(an adverb related to daily activitie...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hidden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/ˈhidden/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high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/ˈhigh/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higher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/ˈhigher/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highlights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/ˈhaɪlaɪts/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hiking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/ˈhaɪkɪŋ/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history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/ˈhistory/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hit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/ˈhit/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hobby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/ˈhɑːbi/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hold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/hoʊld/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/ˈhome/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 row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/hoʊm roʊ/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 run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/hoʊm rʌn/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homework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/ˈhoʊmwɜːrk/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honey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/ˈhʌni/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hoof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/huːf/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/huːt/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hooting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/ˈhooting/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hop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/hɑːp/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hope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/ˈhope/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hot dog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/hɑːt dɔːɡ/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hotel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/hoʊˈtel/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hour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/ˈaʊər/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hour hand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/ˈaʊər hænd/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hours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/ˈhours/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house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/ˈhouse/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housekeeping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/ˈhaʊskiːpɪŋ/</w:t>
              <w:br/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houses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/ˈhouses/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hug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/ˈhug/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huge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/ˈhuge/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humans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/ˈhumans/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hundred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/ˈhundred/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hungry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/ˈhungry/</w:t>
              <w:br/>
            </w:r>
            <w:r>
              <w:rPr>
                <w:rFonts w:ascii="Arial" w:hAnsi="Arial"/>
                <w:sz w:val="12"/>
              </w:rPr>
              <w:t>(an adjective related to daily activi...</w:t>
            </w:r>
          </w:p>
        </w:tc>
      </w:tr>
      <w:tr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hunt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/ˈhunt/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hurry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/ˈhurry/</w:t>
              <w:br/>
            </w:r>
            <w:r>
              <w:rPr>
                <w:rFonts w:ascii="Arial" w:hAnsi="Arial"/>
                <w:sz w:val="12"/>
              </w:rPr>
              <w:t>(a noun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hurt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/ˈhurt/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hurts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/ˈhurts/</w:t>
              <w:br/>
            </w:r>
            <w:r>
              <w:rPr>
                <w:rFonts w:ascii="Arial" w:hAnsi="Arial"/>
                <w:sz w:val="12"/>
              </w:rPr>
              <w:t>(a verb related to daily activities a...</w:t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hygienist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/haɪˈdʒiːnɪst/</w:t>
              <w:br/>
            </w:r>
          </w:p>
        </w:tc>
        <w:tc>
          <w:tcPr>
            <w:tcW w:type="dxa" w:w="1701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hypothesis</w:t>
              <w:br/>
            </w:r>
            <w:r>
              <w:rPr>
                <w:rFonts w:ascii="Arial" w:hAnsi="Arial"/>
                <w:i/>
                <w:color w:val="646464"/>
                <w:sz w:val="14"/>
              </w:rPr>
              <w:t>/haɪˈpɑːθəsɪs/</w:t>
              <w:br/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